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681"/>
        <w:gridCol w:w="3260"/>
        <w:gridCol w:w="2268"/>
        <w:gridCol w:w="1559"/>
      </w:tblGrid>
      <w:tr w:rsidR="00B3387A" w:rsidRPr="009B4D55" w14:paraId="5B08DE24" w14:textId="77777777" w:rsidTr="00F34D68">
        <w:trPr>
          <w:trHeight w:val="483"/>
        </w:trPr>
        <w:tc>
          <w:tcPr>
            <w:tcW w:w="10768" w:type="dxa"/>
            <w:gridSpan w:val="4"/>
            <w:shd w:val="pct15" w:color="auto" w:fill="auto"/>
            <w:vAlign w:val="center"/>
          </w:tcPr>
          <w:p w14:paraId="4CA7C3A1" w14:textId="77777777" w:rsidR="00B3387A" w:rsidRPr="009B4D55" w:rsidRDefault="00D3074E" w:rsidP="00B3387A">
            <w:pPr>
              <w:spacing w:after="4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B3387A" w:rsidRPr="009B4D55">
              <w:rPr>
                <w:rFonts w:cs="Times New Roman"/>
                <w:b/>
                <w:sz w:val="24"/>
                <w:szCs w:val="24"/>
              </w:rPr>
              <w:t>. ASIL GÖREVLİ / ROL SAHİBİ BİLGİLERİ</w:t>
            </w:r>
          </w:p>
        </w:tc>
      </w:tr>
      <w:tr w:rsidR="00B3387A" w:rsidRPr="009B4D55" w14:paraId="20AFDC60" w14:textId="77777777" w:rsidTr="00F34D68">
        <w:trPr>
          <w:trHeight w:val="856"/>
        </w:trPr>
        <w:tc>
          <w:tcPr>
            <w:tcW w:w="3681" w:type="dxa"/>
            <w:shd w:val="pct15" w:color="auto" w:fill="auto"/>
            <w:vAlign w:val="center"/>
          </w:tcPr>
          <w:p w14:paraId="7E3EDF12" w14:textId="77777777" w:rsidR="00B3387A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Asıl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Rol /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Görev</w:t>
            </w:r>
            <w:proofErr w:type="spellEnd"/>
          </w:p>
        </w:tc>
        <w:tc>
          <w:tcPr>
            <w:tcW w:w="7087" w:type="dxa"/>
            <w:gridSpan w:val="3"/>
            <w:vAlign w:val="center"/>
          </w:tcPr>
          <w:p w14:paraId="4D00A721" w14:textId="77777777" w:rsidR="00B3387A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Kurum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Eğitim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Sorumlusu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   </w:t>
            </w:r>
          </w:p>
          <w:p w14:paraId="2D1884EA" w14:textId="77777777" w:rsidR="00B3387A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Birim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Eğitim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Sorumlusu</w:t>
            </w:r>
            <w:proofErr w:type="spellEnd"/>
          </w:p>
        </w:tc>
      </w:tr>
      <w:tr w:rsidR="00B3387A" w:rsidRPr="009B4D55" w14:paraId="5776C9AE" w14:textId="77777777" w:rsidTr="00F34D68">
        <w:trPr>
          <w:trHeight w:val="585"/>
        </w:trPr>
        <w:tc>
          <w:tcPr>
            <w:tcW w:w="3681" w:type="dxa"/>
            <w:shd w:val="pct15" w:color="auto" w:fill="auto"/>
            <w:vAlign w:val="center"/>
          </w:tcPr>
          <w:p w14:paraId="15A620C6" w14:textId="77777777" w:rsidR="00B3387A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Unvanı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Adı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ve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7087" w:type="dxa"/>
            <w:gridSpan w:val="3"/>
            <w:vAlign w:val="center"/>
          </w:tcPr>
          <w:p w14:paraId="214413DD" w14:textId="77777777" w:rsidR="00B3387A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</w:p>
          <w:p w14:paraId="4BBAC726" w14:textId="77777777" w:rsidR="009B4D55" w:rsidRPr="009B4D55" w:rsidRDefault="009B4D55" w:rsidP="00B3387A">
            <w:pPr>
              <w:ind w:right="78"/>
              <w:rPr>
                <w:rFonts w:cs="Times New Roman"/>
                <w:sz w:val="24"/>
                <w:szCs w:val="24"/>
              </w:rPr>
            </w:pPr>
          </w:p>
        </w:tc>
      </w:tr>
      <w:tr w:rsidR="00B3387A" w:rsidRPr="009B4D55" w14:paraId="7D247A91" w14:textId="77777777" w:rsidTr="00F34D68">
        <w:trPr>
          <w:trHeight w:val="585"/>
        </w:trPr>
        <w:tc>
          <w:tcPr>
            <w:tcW w:w="3681" w:type="dxa"/>
            <w:shd w:val="pct15" w:color="auto" w:fill="auto"/>
            <w:vAlign w:val="center"/>
          </w:tcPr>
          <w:p w14:paraId="0323FFFE" w14:textId="77777777" w:rsidR="00B3387A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Anabilim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Dalı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Birim</w:t>
            </w:r>
            <w:proofErr w:type="spellEnd"/>
          </w:p>
        </w:tc>
        <w:tc>
          <w:tcPr>
            <w:tcW w:w="7087" w:type="dxa"/>
            <w:gridSpan w:val="3"/>
            <w:vAlign w:val="center"/>
          </w:tcPr>
          <w:p w14:paraId="17205658" w14:textId="77777777" w:rsidR="00B3387A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</w:p>
          <w:p w14:paraId="4E9D21BF" w14:textId="77777777" w:rsidR="009B4D55" w:rsidRPr="009B4D55" w:rsidRDefault="009B4D55" w:rsidP="00B3387A">
            <w:pPr>
              <w:ind w:right="78"/>
              <w:rPr>
                <w:rFonts w:cs="Times New Roman"/>
                <w:sz w:val="24"/>
                <w:szCs w:val="24"/>
              </w:rPr>
            </w:pPr>
          </w:p>
        </w:tc>
      </w:tr>
      <w:tr w:rsidR="00B3387A" w:rsidRPr="009B4D55" w14:paraId="4B5DD552" w14:textId="77777777" w:rsidTr="00F34D68">
        <w:trPr>
          <w:trHeight w:val="585"/>
        </w:trPr>
        <w:tc>
          <w:tcPr>
            <w:tcW w:w="3681" w:type="dxa"/>
            <w:shd w:val="pct15" w:color="auto" w:fill="auto"/>
            <w:vAlign w:val="center"/>
          </w:tcPr>
          <w:p w14:paraId="7B7F193D" w14:textId="77777777" w:rsidR="00B3387A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Ayrılış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Bulunmama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Nedeni</w:t>
            </w:r>
            <w:proofErr w:type="spellEnd"/>
          </w:p>
        </w:tc>
        <w:tc>
          <w:tcPr>
            <w:tcW w:w="7087" w:type="dxa"/>
            <w:gridSpan w:val="3"/>
            <w:vAlign w:val="center"/>
          </w:tcPr>
          <w:p w14:paraId="2D590692" w14:textId="478EA628" w:rsidR="00B3387A" w:rsidRPr="009B4D55" w:rsidRDefault="00B3387A" w:rsidP="00D3074E">
            <w:pPr>
              <w:ind w:right="78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Yıllık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izin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   </w:t>
            </w: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Sağlık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raporu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   </w:t>
            </w: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Görevlendirme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</w:t>
            </w:r>
            <w:r w:rsidR="00C95238">
              <w:rPr>
                <w:rFonts w:cs="Times New Roman"/>
                <w:sz w:val="24"/>
                <w:szCs w:val="24"/>
              </w:rPr>
              <w:t xml:space="preserve">  </w:t>
            </w: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İdari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izin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3387A" w:rsidRPr="009B4D55" w14:paraId="53566215" w14:textId="77777777" w:rsidTr="00F34D68">
        <w:trPr>
          <w:trHeight w:val="585"/>
        </w:trPr>
        <w:tc>
          <w:tcPr>
            <w:tcW w:w="3681" w:type="dxa"/>
            <w:shd w:val="pct15" w:color="auto" w:fill="auto"/>
            <w:vAlign w:val="center"/>
          </w:tcPr>
          <w:p w14:paraId="69CD9329" w14:textId="77777777" w:rsidR="00B3387A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Ayrılış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Tarih Aralığı</w:t>
            </w:r>
          </w:p>
        </w:tc>
        <w:tc>
          <w:tcPr>
            <w:tcW w:w="7087" w:type="dxa"/>
            <w:gridSpan w:val="3"/>
            <w:vAlign w:val="center"/>
          </w:tcPr>
          <w:p w14:paraId="4D97CB12" w14:textId="213C6B4C" w:rsidR="00D3074E" w:rsidRPr="009B4D55" w:rsidRDefault="00B3387A" w:rsidP="00F34D68">
            <w:pPr>
              <w:tabs>
                <w:tab w:val="left" w:pos="3577"/>
              </w:tabs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sz w:val="24"/>
                <w:szCs w:val="24"/>
              </w:rPr>
              <w:t>Başlangıç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>: .... / ...</w:t>
            </w:r>
            <w:r w:rsidR="00F34D68">
              <w:rPr>
                <w:rFonts w:cs="Times New Roman"/>
                <w:sz w:val="24"/>
                <w:szCs w:val="24"/>
              </w:rPr>
              <w:t>.</w:t>
            </w:r>
            <w:r w:rsidRPr="009B4D55">
              <w:rPr>
                <w:rFonts w:cs="Times New Roman"/>
                <w:sz w:val="24"/>
                <w:szCs w:val="24"/>
              </w:rPr>
              <w:t xml:space="preserve">. / ........       </w:t>
            </w:r>
            <w:r w:rsidR="00C95238">
              <w:rPr>
                <w:rFonts w:cs="Times New Roman"/>
                <w:sz w:val="24"/>
                <w:szCs w:val="24"/>
              </w:rPr>
              <w:t xml:space="preserve">          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Bitiş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>: .... / ...</w:t>
            </w:r>
            <w:r w:rsidR="00F34D68">
              <w:rPr>
                <w:rFonts w:cs="Times New Roman"/>
                <w:sz w:val="24"/>
                <w:szCs w:val="24"/>
              </w:rPr>
              <w:t>.</w:t>
            </w:r>
            <w:r w:rsidRPr="009B4D55">
              <w:rPr>
                <w:rFonts w:cs="Times New Roman"/>
                <w:sz w:val="24"/>
                <w:szCs w:val="24"/>
              </w:rPr>
              <w:t>. / ........</w:t>
            </w:r>
          </w:p>
        </w:tc>
      </w:tr>
      <w:tr w:rsidR="00B3387A" w:rsidRPr="009B4D55" w14:paraId="6F1AC8B1" w14:textId="77777777" w:rsidTr="00F34D68">
        <w:trPr>
          <w:trHeight w:val="844"/>
        </w:trPr>
        <w:tc>
          <w:tcPr>
            <w:tcW w:w="3681" w:type="dxa"/>
            <w:shd w:val="pct15" w:color="auto" w:fill="auto"/>
            <w:vAlign w:val="center"/>
          </w:tcPr>
          <w:p w14:paraId="33FD92BA" w14:textId="77777777" w:rsidR="00B3387A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Dayanak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Belge</w:t>
            </w:r>
          </w:p>
        </w:tc>
        <w:tc>
          <w:tcPr>
            <w:tcW w:w="7087" w:type="dxa"/>
            <w:gridSpan w:val="3"/>
            <w:vAlign w:val="center"/>
          </w:tcPr>
          <w:p w14:paraId="21F2ADE8" w14:textId="77777777" w:rsidR="00671667" w:rsidRPr="009B4D55" w:rsidRDefault="00B3387A" w:rsidP="00B3387A">
            <w:pPr>
              <w:ind w:right="78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Vekalet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yazısı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   </w:t>
            </w: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Görevlendirme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oluru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   </w:t>
            </w: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İzin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onayı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   </w:t>
            </w:r>
          </w:p>
          <w:p w14:paraId="760669EE" w14:textId="77777777" w:rsidR="00B3387A" w:rsidRPr="009B4D55" w:rsidRDefault="00B3387A" w:rsidP="00671667">
            <w:pPr>
              <w:ind w:right="78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Sağlık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raporu    </w:t>
            </w:r>
            <w:r w:rsidR="00671667" w:rsidRPr="009B4D55">
              <w:rPr>
                <w:rFonts w:cs="Times New Roman"/>
                <w:sz w:val="24"/>
                <w:szCs w:val="24"/>
              </w:rPr>
              <w:t xml:space="preserve">  </w:t>
            </w: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Diğer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>: ..........................</w:t>
            </w:r>
          </w:p>
        </w:tc>
      </w:tr>
      <w:tr w:rsidR="00B3387A" w:rsidRPr="009B4D55" w14:paraId="0F796357" w14:textId="77777777" w:rsidTr="00671667">
        <w:tc>
          <w:tcPr>
            <w:tcW w:w="10768" w:type="dxa"/>
            <w:gridSpan w:val="4"/>
            <w:shd w:val="pct15" w:color="auto" w:fill="auto"/>
          </w:tcPr>
          <w:p w14:paraId="71922A9B" w14:textId="77777777" w:rsidR="00B3387A" w:rsidRPr="009B4D55" w:rsidRDefault="00D3074E" w:rsidP="00B3387A">
            <w:pPr>
              <w:spacing w:after="4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="00B3387A" w:rsidRPr="009B4D55">
              <w:rPr>
                <w:rFonts w:cs="Times New Roman"/>
                <w:b/>
                <w:sz w:val="24"/>
                <w:szCs w:val="24"/>
              </w:rPr>
              <w:t>. ROL</w:t>
            </w:r>
            <w:r w:rsidR="00D476DE">
              <w:rPr>
                <w:rFonts w:cs="Times New Roman"/>
                <w:b/>
                <w:sz w:val="24"/>
                <w:szCs w:val="24"/>
              </w:rPr>
              <w:t xml:space="preserve"> TANIMLAMASI YAPILACAK EĞİTİCİ</w:t>
            </w:r>
            <w:r w:rsidR="00B3387A" w:rsidRPr="009B4D55">
              <w:rPr>
                <w:rFonts w:cs="Times New Roman"/>
                <w:b/>
                <w:sz w:val="24"/>
                <w:szCs w:val="24"/>
              </w:rPr>
              <w:t xml:space="preserve"> KULLANICI BİLGİLERİ</w:t>
            </w:r>
          </w:p>
        </w:tc>
      </w:tr>
      <w:tr w:rsidR="00D3074E" w:rsidRPr="009B4D55" w14:paraId="0DAD4EDF" w14:textId="77777777" w:rsidTr="00F34D68">
        <w:trPr>
          <w:trHeight w:val="790"/>
        </w:trPr>
        <w:tc>
          <w:tcPr>
            <w:tcW w:w="3681" w:type="dxa"/>
            <w:shd w:val="pct15" w:color="auto" w:fill="auto"/>
            <w:vAlign w:val="center"/>
          </w:tcPr>
          <w:p w14:paraId="3EE4AACA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UEYS’de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Tanımlanacak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Rol</w:t>
            </w:r>
          </w:p>
        </w:tc>
        <w:tc>
          <w:tcPr>
            <w:tcW w:w="7087" w:type="dxa"/>
            <w:gridSpan w:val="3"/>
            <w:vAlign w:val="center"/>
          </w:tcPr>
          <w:p w14:paraId="6578EB56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Kurum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Eğitim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Sorumlusu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   </w:t>
            </w:r>
          </w:p>
          <w:p w14:paraId="6AE927EB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Birim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Eğitim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Sorumlusu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    </w:t>
            </w:r>
          </w:p>
        </w:tc>
      </w:tr>
      <w:tr w:rsidR="00D3074E" w:rsidRPr="009B4D55" w14:paraId="222DABAA" w14:textId="77777777" w:rsidTr="00D3074E">
        <w:tc>
          <w:tcPr>
            <w:tcW w:w="3681" w:type="dxa"/>
            <w:shd w:val="pct15" w:color="auto" w:fill="auto"/>
            <w:vAlign w:val="center"/>
          </w:tcPr>
          <w:p w14:paraId="4CB77516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Unvanı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>,</w:t>
            </w:r>
            <w:r w:rsidRPr="009B4D55">
              <w:rPr>
                <w:rFonts w:cs="Times New Roman"/>
                <w:b/>
                <w:sz w:val="24"/>
                <w:szCs w:val="24"/>
              </w:rPr>
              <w:t xml:space="preserve"> Adı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ve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7087" w:type="dxa"/>
            <w:gridSpan w:val="3"/>
            <w:vAlign w:val="center"/>
          </w:tcPr>
          <w:p w14:paraId="3513B00C" w14:textId="77777777" w:rsidR="00D3074E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</w:p>
          <w:p w14:paraId="4F559B25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</w:p>
        </w:tc>
      </w:tr>
      <w:tr w:rsidR="00D3074E" w:rsidRPr="009B4D55" w14:paraId="5DECB60B" w14:textId="77777777" w:rsidTr="00D3074E">
        <w:tc>
          <w:tcPr>
            <w:tcW w:w="3681" w:type="dxa"/>
            <w:shd w:val="pct15" w:color="auto" w:fill="auto"/>
            <w:vAlign w:val="center"/>
          </w:tcPr>
          <w:p w14:paraId="4D1F6EB3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Anabilim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Dalı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Birim</w:t>
            </w:r>
            <w:proofErr w:type="spellEnd"/>
          </w:p>
        </w:tc>
        <w:tc>
          <w:tcPr>
            <w:tcW w:w="7087" w:type="dxa"/>
            <w:gridSpan w:val="3"/>
            <w:vAlign w:val="center"/>
          </w:tcPr>
          <w:p w14:paraId="49E6AFFB" w14:textId="77777777" w:rsidR="00D3074E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</w:p>
          <w:p w14:paraId="31F9F9B0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</w:p>
        </w:tc>
      </w:tr>
      <w:tr w:rsidR="00D3074E" w:rsidRPr="009B4D55" w14:paraId="7032AAF4" w14:textId="77777777" w:rsidTr="00F34D68">
        <w:trPr>
          <w:trHeight w:val="581"/>
        </w:trPr>
        <w:tc>
          <w:tcPr>
            <w:tcW w:w="3681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5D10AD6B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cs="Times New Roman"/>
                <w:b/>
                <w:sz w:val="24"/>
                <w:szCs w:val="24"/>
              </w:rPr>
              <w:t xml:space="preserve">Rol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Tanımlanacak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Tarih Aralığı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vAlign w:val="center"/>
          </w:tcPr>
          <w:p w14:paraId="36478128" w14:textId="63931C7E" w:rsidR="00D3074E" w:rsidRPr="009B4D55" w:rsidRDefault="00D3074E" w:rsidP="00F34D68">
            <w:pPr>
              <w:tabs>
                <w:tab w:val="left" w:pos="3577"/>
              </w:tabs>
              <w:ind w:right="78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sz w:val="24"/>
                <w:szCs w:val="24"/>
              </w:rPr>
              <w:t>Başlangıç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: .... / .... / ........ </w:t>
            </w:r>
            <w:r w:rsidR="00C95238">
              <w:rPr>
                <w:rFonts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Bitiş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: .... / .... / ........ </w:t>
            </w:r>
          </w:p>
        </w:tc>
      </w:tr>
      <w:tr w:rsidR="00D3074E" w:rsidRPr="009B4D55" w14:paraId="2A3198BD" w14:textId="77777777" w:rsidTr="00D87FEF">
        <w:tc>
          <w:tcPr>
            <w:tcW w:w="10768" w:type="dxa"/>
            <w:gridSpan w:val="4"/>
            <w:shd w:val="pct15" w:color="auto" w:fill="auto"/>
            <w:vAlign w:val="center"/>
          </w:tcPr>
          <w:p w14:paraId="62D54128" w14:textId="77777777" w:rsidR="00D3074E" w:rsidRPr="009B4D55" w:rsidRDefault="00D3074E" w:rsidP="00D3074E">
            <w:pPr>
              <w:spacing w:after="4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9B4D55">
              <w:rPr>
                <w:rFonts w:cs="Times New Roman"/>
                <w:b/>
                <w:sz w:val="24"/>
                <w:szCs w:val="24"/>
              </w:rPr>
              <w:t>. BEYAN, GİZLİLİK VE KULLANIM SINIRI</w:t>
            </w:r>
          </w:p>
        </w:tc>
      </w:tr>
      <w:tr w:rsidR="00D3074E" w:rsidRPr="009B4D55" w14:paraId="390513DC" w14:textId="77777777" w:rsidTr="00671667">
        <w:tc>
          <w:tcPr>
            <w:tcW w:w="10768" w:type="dxa"/>
            <w:gridSpan w:val="4"/>
            <w:tcBorders>
              <w:bottom w:val="single" w:sz="4" w:space="0" w:color="auto"/>
            </w:tcBorders>
          </w:tcPr>
          <w:p w14:paraId="4BBD5224" w14:textId="77777777" w:rsidR="00D3074E" w:rsidRPr="009B4D55" w:rsidRDefault="00D3074E" w:rsidP="00D3074E">
            <w:pPr>
              <w:spacing w:after="40"/>
              <w:jc w:val="both"/>
              <w:rPr>
                <w:rFonts w:cs="Times New Roman"/>
                <w:sz w:val="24"/>
                <w:szCs w:val="24"/>
              </w:rPr>
            </w:pPr>
            <w:r w:rsidRPr="009B4D55">
              <w:rPr>
                <w:rFonts w:cs="Times New Roman"/>
                <w:sz w:val="24"/>
                <w:szCs w:val="24"/>
              </w:rPr>
              <w:t xml:space="preserve">Bu form,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idari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akademik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vekalet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görevlendirmesi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yerine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geçmez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Dekanlık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Anabilim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Dalı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Başkanlığı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veya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ilgili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makam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tarafından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düzenlenen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vekalet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görevlendirme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izin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rapor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onayına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dayanılarak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yalnızca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UEYS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üzerinde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kullanıcı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rol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yetki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tanımlama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güncelleme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veya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pasife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alma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işlemlerinin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kayıt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altına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alınması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amacıyla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kullanılır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. UEYS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kullanıcı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adı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şifresi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kişiye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özeldir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;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başka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kişilerle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paylaşılamaz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Tanımlanan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yetki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yalnızca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belirtilen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tarih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aralığı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görev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kapsamı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ile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sınırlıdır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Süre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bitiminde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yetkinin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kaldırılması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veya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uzatılması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için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ilgili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birim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tarafından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işlem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sz w:val="24"/>
                <w:szCs w:val="24"/>
              </w:rPr>
              <w:t>başlatılır</w:t>
            </w:r>
            <w:proofErr w:type="spellEnd"/>
            <w:r w:rsidRPr="009B4D5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3074E" w:rsidRPr="009B4D55" w14:paraId="74DB706B" w14:textId="77777777" w:rsidTr="00D87FEF">
        <w:trPr>
          <w:trHeight w:val="363"/>
        </w:trPr>
        <w:tc>
          <w:tcPr>
            <w:tcW w:w="10768" w:type="dxa"/>
            <w:gridSpan w:val="4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2D79E2A" w14:textId="77777777" w:rsidR="00D3074E" w:rsidRPr="009B4D55" w:rsidRDefault="00C95238" w:rsidP="00D3074E">
            <w:pPr>
              <w:spacing w:after="4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  <w:r w:rsidR="00D3074E" w:rsidRPr="009B4D55">
              <w:rPr>
                <w:rFonts w:cs="Times New Roman"/>
                <w:b/>
                <w:sz w:val="24"/>
                <w:szCs w:val="24"/>
              </w:rPr>
              <w:t>. ONAY VE İŞLEM KAYITLARI</w:t>
            </w:r>
          </w:p>
        </w:tc>
      </w:tr>
      <w:tr w:rsidR="00D3074E" w:rsidRPr="009B4D55" w14:paraId="0323ACDE" w14:textId="77777777" w:rsidTr="00F34D68">
        <w:trPr>
          <w:trHeight w:val="467"/>
        </w:trPr>
        <w:tc>
          <w:tcPr>
            <w:tcW w:w="3681" w:type="dxa"/>
            <w:shd w:val="pct15" w:color="auto" w:fill="auto"/>
            <w:vAlign w:val="center"/>
          </w:tcPr>
          <w:p w14:paraId="2174BDCC" w14:textId="77777777" w:rsidR="00D3074E" w:rsidRPr="009B4D55" w:rsidRDefault="00D3074E" w:rsidP="00D307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4D55">
              <w:rPr>
                <w:rFonts w:cs="Times New Roman"/>
                <w:b/>
                <w:sz w:val="24"/>
                <w:szCs w:val="24"/>
              </w:rPr>
              <w:t>Onay</w:t>
            </w:r>
          </w:p>
        </w:tc>
        <w:tc>
          <w:tcPr>
            <w:tcW w:w="3260" w:type="dxa"/>
            <w:shd w:val="pct15" w:color="auto" w:fill="auto"/>
            <w:vAlign w:val="center"/>
          </w:tcPr>
          <w:p w14:paraId="16A1F794" w14:textId="77777777" w:rsidR="00D3074E" w:rsidRPr="009B4D55" w:rsidRDefault="00D3074E" w:rsidP="00D307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Adı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Soyadı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5EA3B2A5" w14:textId="77777777" w:rsidR="00D3074E" w:rsidRPr="009B4D55" w:rsidRDefault="00D3074E" w:rsidP="00D307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4D55">
              <w:rPr>
                <w:rFonts w:cs="Times New Roman"/>
                <w:b/>
                <w:sz w:val="24"/>
                <w:szCs w:val="24"/>
              </w:rPr>
              <w:t>İmza / Kaşe</w:t>
            </w:r>
          </w:p>
        </w:tc>
        <w:tc>
          <w:tcPr>
            <w:tcW w:w="1559" w:type="dxa"/>
            <w:shd w:val="pct15" w:color="auto" w:fill="auto"/>
            <w:vAlign w:val="center"/>
          </w:tcPr>
          <w:p w14:paraId="49094187" w14:textId="77777777" w:rsidR="00D3074E" w:rsidRPr="009B4D55" w:rsidRDefault="00D3074E" w:rsidP="00D307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4D55">
              <w:rPr>
                <w:rFonts w:cs="Times New Roman"/>
                <w:b/>
                <w:sz w:val="24"/>
                <w:szCs w:val="24"/>
              </w:rPr>
              <w:t>Tarih</w:t>
            </w:r>
          </w:p>
        </w:tc>
      </w:tr>
      <w:tr w:rsidR="00D3074E" w:rsidRPr="009B4D55" w14:paraId="038EF37E" w14:textId="77777777" w:rsidTr="00D3074E">
        <w:trPr>
          <w:trHeight w:val="1282"/>
        </w:trPr>
        <w:tc>
          <w:tcPr>
            <w:tcW w:w="3681" w:type="dxa"/>
            <w:shd w:val="pct15" w:color="auto" w:fill="auto"/>
            <w:vAlign w:val="center"/>
          </w:tcPr>
          <w:p w14:paraId="0AAB6571" w14:textId="77777777" w:rsidR="00D3074E" w:rsidRPr="009B4D55" w:rsidRDefault="00D3074E" w:rsidP="00D3074E">
            <w:pPr>
              <w:ind w:right="78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Kurum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Eğitim</w:t>
            </w:r>
            <w:proofErr w:type="spellEnd"/>
            <w:r w:rsidRPr="009B4D5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4D55">
              <w:rPr>
                <w:rFonts w:cs="Times New Roman"/>
                <w:b/>
                <w:sz w:val="24"/>
                <w:szCs w:val="24"/>
              </w:rPr>
              <w:t>Sorumlusu</w:t>
            </w:r>
            <w:proofErr w:type="spellEnd"/>
          </w:p>
        </w:tc>
        <w:tc>
          <w:tcPr>
            <w:tcW w:w="3260" w:type="dxa"/>
            <w:vAlign w:val="center"/>
          </w:tcPr>
          <w:p w14:paraId="6C5F5AA5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255E6D" w14:textId="77777777" w:rsidR="00D3074E" w:rsidRPr="009B4D55" w:rsidRDefault="00D3074E" w:rsidP="00D3074E">
            <w:pPr>
              <w:ind w:right="7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1A434EB" w14:textId="39D80969" w:rsidR="00D3074E" w:rsidRPr="009B4D55" w:rsidRDefault="00D3074E" w:rsidP="00D3074E">
            <w:pPr>
              <w:ind w:right="7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.... / .</w:t>
            </w:r>
            <w:r w:rsidR="00F34D6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... / .....</w:t>
            </w:r>
          </w:p>
        </w:tc>
      </w:tr>
    </w:tbl>
    <w:p w14:paraId="32D9D07C" w14:textId="44BEFD7A" w:rsidR="00F34D68" w:rsidRPr="00F34D68" w:rsidRDefault="00F34D68" w:rsidP="00F34D68">
      <w:pPr>
        <w:pStyle w:val="AltBilgi"/>
        <w:jc w:val="center"/>
        <w:rPr>
          <w:sz w:val="20"/>
          <w:szCs w:val="20"/>
        </w:rPr>
      </w:pPr>
      <w:r w:rsidRPr="00F34D68">
        <w:rPr>
          <w:i/>
          <w:sz w:val="20"/>
          <w:szCs w:val="20"/>
        </w:rPr>
        <w:t xml:space="preserve">Bu form, </w:t>
      </w:r>
      <w:proofErr w:type="spellStart"/>
      <w:r w:rsidRPr="00F34D68">
        <w:rPr>
          <w:i/>
          <w:sz w:val="20"/>
          <w:szCs w:val="20"/>
        </w:rPr>
        <w:t>uzmanlık</w:t>
      </w:r>
      <w:proofErr w:type="spellEnd"/>
      <w:r w:rsidRPr="00F34D68">
        <w:rPr>
          <w:i/>
          <w:sz w:val="20"/>
          <w:szCs w:val="20"/>
        </w:rPr>
        <w:t xml:space="preserve"> </w:t>
      </w:r>
      <w:proofErr w:type="spellStart"/>
      <w:r w:rsidRPr="00F34D68">
        <w:rPr>
          <w:i/>
          <w:sz w:val="20"/>
          <w:szCs w:val="20"/>
        </w:rPr>
        <w:t>eğitimi</w:t>
      </w:r>
      <w:proofErr w:type="spellEnd"/>
      <w:r w:rsidRPr="00F34D68">
        <w:rPr>
          <w:i/>
          <w:sz w:val="20"/>
          <w:szCs w:val="20"/>
        </w:rPr>
        <w:t xml:space="preserve"> </w:t>
      </w:r>
      <w:proofErr w:type="spellStart"/>
      <w:r w:rsidRPr="00F34D68">
        <w:rPr>
          <w:i/>
          <w:sz w:val="20"/>
          <w:szCs w:val="20"/>
        </w:rPr>
        <w:t>yönetim</w:t>
      </w:r>
      <w:proofErr w:type="spellEnd"/>
      <w:r w:rsidRPr="00F34D68">
        <w:rPr>
          <w:i/>
          <w:sz w:val="20"/>
          <w:szCs w:val="20"/>
        </w:rPr>
        <w:t xml:space="preserve"> </w:t>
      </w:r>
      <w:proofErr w:type="spellStart"/>
      <w:r w:rsidRPr="00F34D68">
        <w:rPr>
          <w:i/>
          <w:sz w:val="20"/>
          <w:szCs w:val="20"/>
        </w:rPr>
        <w:t>sistemi</w:t>
      </w:r>
      <w:proofErr w:type="spellEnd"/>
      <w:r w:rsidRPr="00F34D68">
        <w:rPr>
          <w:i/>
          <w:sz w:val="20"/>
          <w:szCs w:val="20"/>
        </w:rPr>
        <w:t xml:space="preserve"> </w:t>
      </w:r>
      <w:proofErr w:type="spellStart"/>
      <w:r w:rsidRPr="00F34D68">
        <w:rPr>
          <w:i/>
          <w:sz w:val="20"/>
          <w:szCs w:val="20"/>
        </w:rPr>
        <w:t>rol-yetki</w:t>
      </w:r>
      <w:proofErr w:type="spellEnd"/>
      <w:r w:rsidRPr="00F34D68">
        <w:rPr>
          <w:i/>
          <w:sz w:val="20"/>
          <w:szCs w:val="20"/>
        </w:rPr>
        <w:t xml:space="preserve"> </w:t>
      </w:r>
      <w:proofErr w:type="spellStart"/>
      <w:r w:rsidRPr="00F34D68">
        <w:rPr>
          <w:i/>
          <w:sz w:val="20"/>
          <w:szCs w:val="20"/>
        </w:rPr>
        <w:t>işlemlerinin</w:t>
      </w:r>
      <w:proofErr w:type="spellEnd"/>
      <w:r w:rsidRPr="00F34D68">
        <w:rPr>
          <w:i/>
          <w:sz w:val="20"/>
          <w:szCs w:val="20"/>
        </w:rPr>
        <w:t xml:space="preserve"> </w:t>
      </w:r>
      <w:proofErr w:type="spellStart"/>
      <w:r w:rsidRPr="00F34D68">
        <w:rPr>
          <w:i/>
          <w:sz w:val="20"/>
          <w:szCs w:val="20"/>
        </w:rPr>
        <w:t>izlenebilirliği</w:t>
      </w:r>
      <w:proofErr w:type="spellEnd"/>
      <w:r w:rsidRPr="00F34D68">
        <w:rPr>
          <w:i/>
          <w:sz w:val="20"/>
          <w:szCs w:val="20"/>
        </w:rPr>
        <w:t xml:space="preserve"> </w:t>
      </w:r>
      <w:proofErr w:type="spellStart"/>
      <w:r w:rsidRPr="00F34D68">
        <w:rPr>
          <w:i/>
          <w:sz w:val="20"/>
          <w:szCs w:val="20"/>
        </w:rPr>
        <w:t>amacıyla</w:t>
      </w:r>
      <w:proofErr w:type="spellEnd"/>
      <w:r w:rsidRPr="00F34D68">
        <w:rPr>
          <w:i/>
          <w:sz w:val="20"/>
          <w:szCs w:val="20"/>
        </w:rPr>
        <w:t xml:space="preserve"> </w:t>
      </w:r>
      <w:proofErr w:type="spellStart"/>
      <w:r w:rsidRPr="00F34D68">
        <w:rPr>
          <w:i/>
          <w:sz w:val="20"/>
          <w:szCs w:val="20"/>
        </w:rPr>
        <w:t>düzenlenmiştir</w:t>
      </w:r>
      <w:proofErr w:type="spellEnd"/>
      <w:r w:rsidRPr="00F34D68">
        <w:rPr>
          <w:i/>
          <w:sz w:val="20"/>
          <w:szCs w:val="20"/>
        </w:rPr>
        <w:t>.</w:t>
      </w:r>
    </w:p>
    <w:sectPr w:rsidR="00F34D68" w:rsidRPr="00F34D68" w:rsidSect="00F34D68">
      <w:headerReference w:type="default" r:id="rId8"/>
      <w:footerReference w:type="default" r:id="rId9"/>
      <w:pgSz w:w="12240" w:h="15840"/>
      <w:pgMar w:top="709" w:right="765" w:bottom="426" w:left="765" w:header="198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B4AC9" w14:textId="77777777" w:rsidR="007975D0" w:rsidRDefault="007975D0">
      <w:pPr>
        <w:spacing w:after="0" w:line="240" w:lineRule="auto"/>
      </w:pPr>
      <w:r>
        <w:separator/>
      </w:r>
    </w:p>
  </w:endnote>
  <w:endnote w:type="continuationSeparator" w:id="0">
    <w:p w14:paraId="55816B71" w14:textId="77777777" w:rsidR="007975D0" w:rsidRDefault="00797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425F" w14:textId="5DFE43E7" w:rsidR="00F34D68" w:rsidRPr="00F34D68" w:rsidRDefault="00F34D68">
    <w:pPr>
      <w:pStyle w:val="AltBilgi"/>
      <w:rPr>
        <w:sz w:val="12"/>
        <w:szCs w:val="1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F34D68" w:rsidRPr="00F34D68" w14:paraId="1684039A" w14:textId="77777777" w:rsidTr="007A700F">
      <w:tc>
        <w:tcPr>
          <w:tcW w:w="4960" w:type="dxa"/>
          <w:gridSpan w:val="2"/>
        </w:tcPr>
        <w:p w14:paraId="7E7FCD1B" w14:textId="5E6CF04E" w:rsidR="00F34D68" w:rsidRPr="00F34D68" w:rsidRDefault="00F34D68" w:rsidP="00F34D6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eastAsia="Calibri" w:cs="Times New Roman"/>
              <w:color w:val="0D0D0D"/>
              <w:sz w:val="20"/>
              <w:szCs w:val="20"/>
            </w:rPr>
          </w:pPr>
          <w:r w:rsidRPr="00A90298">
            <w:rPr>
              <w:rFonts w:eastAsia="Calibri" w:cs="Times New Roman"/>
              <w:sz w:val="20"/>
              <w:szCs w:val="20"/>
            </w:rPr>
            <w:t>PP.</w:t>
          </w:r>
          <w:r w:rsidR="00A90298" w:rsidRPr="00A90298">
            <w:rPr>
              <w:rFonts w:eastAsia="Calibri" w:cs="Times New Roman"/>
              <w:sz w:val="20"/>
              <w:szCs w:val="20"/>
            </w:rPr>
            <w:t>2</w:t>
          </w:r>
          <w:r w:rsidRPr="00A90298">
            <w:rPr>
              <w:rFonts w:eastAsia="Calibri" w:cs="Times New Roman"/>
              <w:sz w:val="20"/>
              <w:szCs w:val="20"/>
            </w:rPr>
            <w:t>.</w:t>
          </w:r>
          <w:r w:rsidR="00A90298" w:rsidRPr="00A90298">
            <w:rPr>
              <w:rFonts w:eastAsia="Calibri" w:cs="Times New Roman"/>
              <w:sz w:val="20"/>
              <w:szCs w:val="20"/>
            </w:rPr>
            <w:t>3</w:t>
          </w:r>
          <w:r w:rsidRPr="00A90298">
            <w:rPr>
              <w:rFonts w:eastAsia="Calibri" w:cs="Times New Roman"/>
              <w:sz w:val="20"/>
              <w:szCs w:val="20"/>
            </w:rPr>
            <w:t>.FR.00</w:t>
          </w:r>
          <w:r w:rsidR="00A90298" w:rsidRPr="00A90298">
            <w:rPr>
              <w:rFonts w:eastAsia="Calibri" w:cs="Times New Roman"/>
              <w:sz w:val="20"/>
              <w:szCs w:val="20"/>
            </w:rPr>
            <w:t>13</w:t>
          </w:r>
          <w:r w:rsidRPr="00A90298">
            <w:rPr>
              <w:rFonts w:eastAsia="Calibri" w:cs="Times New Roman"/>
              <w:sz w:val="20"/>
              <w:szCs w:val="20"/>
            </w:rPr>
            <w:t>, R0, Eylül 2026</w:t>
          </w:r>
        </w:p>
      </w:tc>
      <w:tc>
        <w:tcPr>
          <w:tcW w:w="4960" w:type="dxa"/>
          <w:gridSpan w:val="2"/>
        </w:tcPr>
        <w:p w14:paraId="07EC7CFF" w14:textId="77777777" w:rsidR="00F34D68" w:rsidRPr="00F34D68" w:rsidRDefault="00F34D68" w:rsidP="00F34D6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right"/>
            <w:rPr>
              <w:rFonts w:eastAsia="Calibri" w:cs="Times New Roman"/>
              <w:color w:val="0D0D0D"/>
              <w:sz w:val="20"/>
              <w:szCs w:val="20"/>
            </w:rPr>
          </w:pPr>
          <w:r w:rsidRPr="00F34D68">
            <w:rPr>
              <w:rFonts w:eastAsia="Calibri" w:cs="Times New Roman"/>
              <w:color w:val="0D0D0D"/>
              <w:sz w:val="20"/>
              <w:szCs w:val="20"/>
            </w:rPr>
            <w:fldChar w:fldCharType="begin"/>
          </w:r>
          <w:r w:rsidRPr="00F34D68">
            <w:rPr>
              <w:rFonts w:eastAsia="Calibri" w:cs="Times New Roman"/>
              <w:color w:val="0D0D0D"/>
              <w:sz w:val="20"/>
              <w:szCs w:val="20"/>
            </w:rPr>
            <w:instrText>PAGE  \* Arabic  \* MERGEFORMAT</w:instrText>
          </w:r>
          <w:r w:rsidRPr="00F34D68">
            <w:rPr>
              <w:rFonts w:eastAsia="Calibri" w:cs="Times New Roman"/>
              <w:color w:val="0D0D0D"/>
              <w:sz w:val="20"/>
              <w:szCs w:val="20"/>
            </w:rPr>
            <w:fldChar w:fldCharType="separate"/>
          </w:r>
          <w:r w:rsidRPr="00F34D68">
            <w:rPr>
              <w:rFonts w:eastAsia="Calibri" w:cs="Times New Roman"/>
              <w:color w:val="0D0D0D"/>
              <w:sz w:val="20"/>
              <w:szCs w:val="20"/>
            </w:rPr>
            <w:t>1</w:t>
          </w:r>
          <w:r w:rsidRPr="00F34D68">
            <w:rPr>
              <w:rFonts w:eastAsia="Calibri" w:cs="Times New Roman"/>
              <w:color w:val="0D0D0D"/>
              <w:sz w:val="20"/>
              <w:szCs w:val="20"/>
            </w:rPr>
            <w:fldChar w:fldCharType="end"/>
          </w:r>
          <w:r w:rsidRPr="00F34D68">
            <w:rPr>
              <w:rFonts w:eastAsia="Calibri" w:cs="Times New Roman"/>
              <w:color w:val="0D0D0D"/>
              <w:sz w:val="20"/>
              <w:szCs w:val="20"/>
            </w:rPr>
            <w:t>/1</w:t>
          </w:r>
        </w:p>
      </w:tc>
    </w:tr>
    <w:tr w:rsidR="00F34D68" w:rsidRPr="00F34D68" w14:paraId="669716AA" w14:textId="77777777" w:rsidTr="007A700F">
      <w:trPr>
        <w:gridAfter w:val="1"/>
        <w:wAfter w:w="1835" w:type="dxa"/>
      </w:trPr>
      <w:tc>
        <w:tcPr>
          <w:tcW w:w="2405" w:type="dxa"/>
        </w:tcPr>
        <w:p w14:paraId="618AF0ED" w14:textId="77777777" w:rsidR="00F34D68" w:rsidRPr="00F34D68" w:rsidRDefault="00F34D68" w:rsidP="00F34D6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eastAsia="Calibri" w:cs="Times New Roman"/>
              <w:color w:val="0D0D0D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2A49A6F7" w14:textId="77777777" w:rsidR="00F34D68" w:rsidRPr="00F34D68" w:rsidRDefault="00F34D68" w:rsidP="00F34D68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rFonts w:eastAsia="Calibri" w:cs="Times New Roman"/>
              <w:i/>
              <w:iCs/>
              <w:color w:val="0D0D0D"/>
              <w:sz w:val="20"/>
              <w:szCs w:val="20"/>
            </w:rPr>
          </w:pPr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Bu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dokümanın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basılı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hâli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kontrolsüz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doküman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kabul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edilmektedir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.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Lütfen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web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sitesinden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en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son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versiyonuna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 xml:space="preserve"> </w:t>
          </w:r>
          <w:proofErr w:type="spellStart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ulaşınız</w:t>
          </w:r>
          <w:proofErr w:type="spellEnd"/>
          <w:r w:rsidRPr="00F34D68">
            <w:rPr>
              <w:rFonts w:eastAsia="Calibri" w:cs="Times New Roman"/>
              <w:i/>
              <w:iCs/>
              <w:color w:val="0D0D0D"/>
              <w:sz w:val="20"/>
              <w:szCs w:val="20"/>
            </w:rPr>
            <w:t>.</w:t>
          </w:r>
        </w:p>
      </w:tc>
    </w:tr>
  </w:tbl>
  <w:p w14:paraId="38E0C746" w14:textId="77777777" w:rsidR="00F34D68" w:rsidRDefault="00F34D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004FA" w14:textId="77777777" w:rsidR="007975D0" w:rsidRDefault="007975D0">
      <w:pPr>
        <w:spacing w:after="0" w:line="240" w:lineRule="auto"/>
      </w:pPr>
      <w:r>
        <w:separator/>
      </w:r>
    </w:p>
  </w:footnote>
  <w:footnote w:type="continuationSeparator" w:id="0">
    <w:p w14:paraId="4D90C0D4" w14:textId="77777777" w:rsidR="007975D0" w:rsidRDefault="00797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D7DB" w14:textId="77777777" w:rsidR="007D64AF" w:rsidRDefault="007D64AF">
    <w:pPr>
      <w:pStyle w:val="stBilgi"/>
    </w:pPr>
  </w:p>
  <w:tbl>
    <w:tblPr>
      <w:tblW w:w="0" w:type="auto"/>
      <w:jc w:val="center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Look w:val="04A0" w:firstRow="1" w:lastRow="0" w:firstColumn="1" w:lastColumn="0" w:noHBand="0" w:noVBand="1"/>
    </w:tblPr>
    <w:tblGrid>
      <w:gridCol w:w="1247"/>
      <w:gridCol w:w="7257"/>
      <w:gridCol w:w="1247"/>
    </w:tblGrid>
    <w:tr w:rsidR="007D64AF" w14:paraId="6DFEA3FA" w14:textId="77777777">
      <w:trPr>
        <w:jc w:val="center"/>
      </w:trPr>
      <w:tc>
        <w:tcPr>
          <w:tcW w:w="1247" w:type="dxa"/>
        </w:tcPr>
        <w:p w14:paraId="5110E125" w14:textId="77777777" w:rsidR="007D64AF" w:rsidRDefault="00B7763D">
          <w:pPr>
            <w:jc w:val="center"/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8240" behindDoc="0" locked="0" layoutInCell="1" allowOverlap="1" wp14:anchorId="5E05D023" wp14:editId="391FC2B9">
                <wp:simplePos x="0" y="0"/>
                <wp:positionH relativeFrom="column">
                  <wp:posOffset>-1905</wp:posOffset>
                </wp:positionH>
                <wp:positionV relativeFrom="paragraph">
                  <wp:posOffset>154940</wp:posOffset>
                </wp:positionV>
                <wp:extent cx="749334" cy="809625"/>
                <wp:effectExtent l="0" t="0" r="0" b="0"/>
                <wp:wrapNone/>
                <wp:docPr id="149638031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rdu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34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57" w:type="dxa"/>
        </w:tcPr>
        <w:p w14:paraId="0F9A3A8F" w14:textId="27580316" w:rsidR="007D64AF" w:rsidRPr="009B4D55" w:rsidRDefault="00B7763D" w:rsidP="00D3074E">
          <w:pPr>
            <w:jc w:val="center"/>
            <w:rPr>
              <w:sz w:val="24"/>
              <w:szCs w:val="24"/>
            </w:rPr>
          </w:pPr>
          <w:r w:rsidRPr="009B4D55">
            <w:rPr>
              <w:b/>
              <w:sz w:val="24"/>
              <w:szCs w:val="24"/>
            </w:rPr>
            <w:t>T.C.</w:t>
          </w:r>
          <w:r w:rsidRPr="009B4D55">
            <w:rPr>
              <w:b/>
              <w:sz w:val="24"/>
              <w:szCs w:val="24"/>
            </w:rPr>
            <w:br/>
            <w:t>ORDU ÜNİVERSİTESİ</w:t>
          </w:r>
          <w:r w:rsidRPr="009B4D55">
            <w:rPr>
              <w:b/>
              <w:sz w:val="24"/>
              <w:szCs w:val="24"/>
            </w:rPr>
            <w:br/>
            <w:t>DİŞ HEKİMLİĞİ FAKÜLTESİ DEKANLIĞI</w:t>
          </w:r>
          <w:r w:rsidRPr="009B4D55">
            <w:rPr>
              <w:b/>
              <w:sz w:val="24"/>
              <w:szCs w:val="24"/>
            </w:rPr>
            <w:br/>
            <w:t>UZMANLIK EĞİTİMİ YÖNETİM SİSTEMİ (UEYS)</w:t>
          </w:r>
          <w:r w:rsidRPr="009B4D55">
            <w:rPr>
              <w:b/>
              <w:sz w:val="24"/>
              <w:szCs w:val="24"/>
            </w:rPr>
            <w:br/>
            <w:t>KULLANICI ROL</w:t>
          </w:r>
          <w:r w:rsidR="007B3641">
            <w:rPr>
              <w:b/>
              <w:sz w:val="24"/>
              <w:szCs w:val="24"/>
            </w:rPr>
            <w:t xml:space="preserve"> </w:t>
          </w:r>
          <w:r w:rsidR="00D3074E">
            <w:rPr>
              <w:b/>
              <w:sz w:val="24"/>
              <w:szCs w:val="24"/>
            </w:rPr>
            <w:t>/</w:t>
          </w:r>
          <w:r w:rsidRPr="009B4D55">
            <w:rPr>
              <w:b/>
              <w:sz w:val="24"/>
              <w:szCs w:val="24"/>
            </w:rPr>
            <w:t xml:space="preserve"> YETKİ TANIMLAMA</w:t>
          </w:r>
          <w:r w:rsidR="00D3074E">
            <w:rPr>
              <w:b/>
              <w:sz w:val="24"/>
              <w:szCs w:val="24"/>
            </w:rPr>
            <w:t xml:space="preserve"> </w:t>
          </w:r>
          <w:r w:rsidRPr="009B4D55">
            <w:rPr>
              <w:b/>
              <w:sz w:val="24"/>
              <w:szCs w:val="24"/>
            </w:rPr>
            <w:t>FORMU</w:t>
          </w:r>
        </w:p>
      </w:tc>
      <w:tc>
        <w:tcPr>
          <w:tcW w:w="1247" w:type="dxa"/>
        </w:tcPr>
        <w:p w14:paraId="2AC54BEE" w14:textId="77777777" w:rsidR="007D64AF" w:rsidRDefault="007D64AF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2634050">
    <w:abstractNumId w:val="8"/>
  </w:num>
  <w:num w:numId="2" w16cid:durableId="274218050">
    <w:abstractNumId w:val="6"/>
  </w:num>
  <w:num w:numId="3" w16cid:durableId="1655719290">
    <w:abstractNumId w:val="5"/>
  </w:num>
  <w:num w:numId="4" w16cid:durableId="239213175">
    <w:abstractNumId w:val="4"/>
  </w:num>
  <w:num w:numId="5" w16cid:durableId="1855681221">
    <w:abstractNumId w:val="7"/>
  </w:num>
  <w:num w:numId="6" w16cid:durableId="501317129">
    <w:abstractNumId w:val="3"/>
  </w:num>
  <w:num w:numId="7" w16cid:durableId="2078354776">
    <w:abstractNumId w:val="2"/>
  </w:num>
  <w:num w:numId="8" w16cid:durableId="1756395863">
    <w:abstractNumId w:val="1"/>
  </w:num>
  <w:num w:numId="9" w16cid:durableId="1501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564C"/>
    <w:rsid w:val="00034616"/>
    <w:rsid w:val="0006063C"/>
    <w:rsid w:val="001065D4"/>
    <w:rsid w:val="0015074B"/>
    <w:rsid w:val="00193CAE"/>
    <w:rsid w:val="00232D4C"/>
    <w:rsid w:val="00274CDB"/>
    <w:rsid w:val="00275186"/>
    <w:rsid w:val="0029639D"/>
    <w:rsid w:val="002A5344"/>
    <w:rsid w:val="00326F90"/>
    <w:rsid w:val="003E0F8B"/>
    <w:rsid w:val="003E6435"/>
    <w:rsid w:val="00473430"/>
    <w:rsid w:val="004E4D22"/>
    <w:rsid w:val="00561E23"/>
    <w:rsid w:val="005C3210"/>
    <w:rsid w:val="00671667"/>
    <w:rsid w:val="00746043"/>
    <w:rsid w:val="007975D0"/>
    <w:rsid w:val="007B3641"/>
    <w:rsid w:val="007D64AF"/>
    <w:rsid w:val="008C58C9"/>
    <w:rsid w:val="00997724"/>
    <w:rsid w:val="009A1460"/>
    <w:rsid w:val="009B4D55"/>
    <w:rsid w:val="009B62CE"/>
    <w:rsid w:val="00A6364E"/>
    <w:rsid w:val="00A80AB4"/>
    <w:rsid w:val="00A90298"/>
    <w:rsid w:val="00AA1D8D"/>
    <w:rsid w:val="00AF2A5B"/>
    <w:rsid w:val="00B3387A"/>
    <w:rsid w:val="00B47730"/>
    <w:rsid w:val="00B7763D"/>
    <w:rsid w:val="00B959F0"/>
    <w:rsid w:val="00C95238"/>
    <w:rsid w:val="00CB0664"/>
    <w:rsid w:val="00D21384"/>
    <w:rsid w:val="00D3074E"/>
    <w:rsid w:val="00D476DE"/>
    <w:rsid w:val="00D87FEF"/>
    <w:rsid w:val="00E82C0F"/>
    <w:rsid w:val="00F34D68"/>
    <w:rsid w:val="00F374E1"/>
    <w:rsid w:val="00F66FFB"/>
    <w:rsid w:val="00FC693F"/>
    <w:rsid w:val="00FC7AAF"/>
    <w:rsid w:val="00FD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908808"/>
  <w14:defaultImageDpi w14:val="300"/>
  <w15:docId w15:val="{8F77971F-9705-4800-A8D7-252F9EE2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C3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321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4BC9DF-963B-4489-9D88-01774735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Serap ARSLANTÜRK</cp:lastModifiedBy>
  <cp:revision>11</cp:revision>
  <cp:lastPrinted>2026-09-08T11:43:00Z</cp:lastPrinted>
  <dcterms:created xsi:type="dcterms:W3CDTF">2026-09-07T13:57:00Z</dcterms:created>
  <dcterms:modified xsi:type="dcterms:W3CDTF">2026-09-10T07:11:00Z</dcterms:modified>
  <cp:category/>
</cp:coreProperties>
</file>