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31"/>
        <w:tblW w:w="0" w:type="auto"/>
        <w:tblLook w:val="04A0" w:firstRow="1" w:lastRow="0" w:firstColumn="1" w:lastColumn="0" w:noHBand="0" w:noVBand="1"/>
      </w:tblPr>
      <w:tblGrid>
        <w:gridCol w:w="3529"/>
        <w:gridCol w:w="7241"/>
      </w:tblGrid>
      <w:tr w:rsidR="00526BEE" w:rsidRPr="009D68F1" w14:paraId="3E9AD0D3" w14:textId="77777777" w:rsidTr="004B2DDD">
        <w:trPr>
          <w:trHeight w:val="1530"/>
        </w:trPr>
        <w:tc>
          <w:tcPr>
            <w:tcW w:w="3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364F514F" w14:textId="6D8A5E7A" w:rsidR="00526BEE" w:rsidRPr="009D68F1" w:rsidRDefault="00404A12" w:rsidP="00404A12">
            <w:pPr>
              <w:rPr>
                <w:rFonts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5753B2" wp14:editId="6344F709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56515</wp:posOffset>
                  </wp:positionV>
                  <wp:extent cx="666750" cy="842530"/>
                  <wp:effectExtent l="0" t="0" r="0" b="0"/>
                  <wp:wrapNone/>
                  <wp:docPr id="187453070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530705" name="Resim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4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41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EF18E5" w14:textId="77777777" w:rsidR="00526BEE" w:rsidRPr="00DC7632" w:rsidRDefault="005F3B71" w:rsidP="00CF67E7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C7632">
              <w:rPr>
                <w:rFonts w:cs="Times New Roman"/>
                <w:b/>
                <w:bCs/>
                <w:sz w:val="32"/>
                <w:szCs w:val="32"/>
              </w:rPr>
              <w:t>DERS ÖNERİ FORMU</w:t>
            </w:r>
          </w:p>
        </w:tc>
      </w:tr>
    </w:tbl>
    <w:tbl>
      <w:tblPr>
        <w:tblStyle w:val="TabloKlavuzu"/>
        <w:tblpPr w:leftFromText="141" w:rightFromText="141" w:vertAnchor="text" w:horzAnchor="margin" w:tblpY="1675"/>
        <w:tblW w:w="5000" w:type="pct"/>
        <w:tblLook w:val="04A0" w:firstRow="1" w:lastRow="0" w:firstColumn="1" w:lastColumn="0" w:noHBand="0" w:noVBand="1"/>
      </w:tblPr>
      <w:tblGrid>
        <w:gridCol w:w="3529"/>
        <w:gridCol w:w="2240"/>
        <w:gridCol w:w="174"/>
        <w:gridCol w:w="1271"/>
        <w:gridCol w:w="709"/>
        <w:gridCol w:w="435"/>
        <w:gridCol w:w="743"/>
        <w:gridCol w:w="1669"/>
      </w:tblGrid>
      <w:tr w:rsidR="00526BEE" w:rsidRPr="009D68F1" w14:paraId="6EB9C97B" w14:textId="77777777" w:rsidTr="00763295">
        <w:trPr>
          <w:trHeight w:val="400"/>
        </w:trPr>
        <w:tc>
          <w:tcPr>
            <w:tcW w:w="163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49FB01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Fakülte</w:t>
            </w:r>
            <w:r w:rsidR="004702D2" w:rsidRPr="009D68F1">
              <w:rPr>
                <w:rFonts w:cs="Times New Roman"/>
                <w:szCs w:val="24"/>
              </w:rPr>
              <w:t xml:space="preserve"> / YO / MYO Adı</w:t>
            </w:r>
          </w:p>
        </w:tc>
        <w:tc>
          <w:tcPr>
            <w:tcW w:w="3362" w:type="pct"/>
            <w:gridSpan w:val="7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2F32BA" w14:textId="0A00E639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6BEE" w:rsidRPr="009D68F1" w14:paraId="1FDF4E7F" w14:textId="77777777" w:rsidTr="00763295">
        <w:trPr>
          <w:trHeight w:val="411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68737190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Bölüm / Program Adı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2FD88126" w14:textId="5F8CD7DF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6BEE" w:rsidRPr="009D68F1" w14:paraId="7C40D80E" w14:textId="77777777" w:rsidTr="00763295">
        <w:trPr>
          <w:trHeight w:val="417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54D320BF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Dersin Kodu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429C2B95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6BEE" w:rsidRPr="009D68F1" w14:paraId="5C1F1A31" w14:textId="77777777" w:rsidTr="00763295">
        <w:trPr>
          <w:trHeight w:val="423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5EAD84A0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Dersin Türkçe Adı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41C5CB90" w14:textId="39426492" w:rsidR="007743CD" w:rsidRDefault="007743CD" w:rsidP="00763295"/>
        </w:tc>
      </w:tr>
      <w:tr w:rsidR="00526BEE" w:rsidRPr="009D68F1" w14:paraId="46C95210" w14:textId="77777777" w:rsidTr="00763295">
        <w:trPr>
          <w:trHeight w:val="402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303CC38F" w14:textId="77777777" w:rsidR="00526BEE" w:rsidRPr="009D68F1" w:rsidRDefault="00526B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Dersin İngilizce Adı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26272529" w14:textId="431917B8" w:rsidR="007743CD" w:rsidRDefault="007743CD" w:rsidP="00763295"/>
        </w:tc>
      </w:tr>
      <w:tr w:rsidR="00EE6AEE" w:rsidRPr="009D68F1" w14:paraId="037EF71B" w14:textId="77777777" w:rsidTr="00763295">
        <w:trPr>
          <w:trHeight w:val="407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345E042F" w14:textId="77777777" w:rsidR="00EE6AEE" w:rsidRPr="009D68F1" w:rsidRDefault="00EE6AE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 Türü</w:t>
            </w:r>
          </w:p>
        </w:tc>
        <w:tc>
          <w:tcPr>
            <w:tcW w:w="1040" w:type="pct"/>
            <w:vAlign w:val="center"/>
          </w:tcPr>
          <w:p w14:paraId="15D346C9" w14:textId="77777777" w:rsidR="007743CD" w:rsidRDefault="00000000" w:rsidP="00763295">
            <w:r>
              <w:t>☐ Zorunlu</w:t>
            </w:r>
          </w:p>
        </w:tc>
        <w:tc>
          <w:tcPr>
            <w:tcW w:w="1000" w:type="pct"/>
            <w:gridSpan w:val="3"/>
            <w:vAlign w:val="center"/>
          </w:tcPr>
          <w:p w14:paraId="654F39F9" w14:textId="77777777" w:rsidR="007743CD" w:rsidRDefault="00000000" w:rsidP="00763295">
            <w:r>
              <w:t>☐ Seçmeli</w:t>
            </w:r>
          </w:p>
        </w:tc>
        <w:tc>
          <w:tcPr>
            <w:tcW w:w="1322" w:type="pct"/>
            <w:gridSpan w:val="3"/>
            <w:tcBorders>
              <w:right w:val="double" w:sz="4" w:space="0" w:color="auto"/>
            </w:tcBorders>
            <w:vAlign w:val="center"/>
          </w:tcPr>
          <w:p w14:paraId="2B700510" w14:textId="6110B6B2" w:rsidR="007743CD" w:rsidRDefault="005F1778" w:rsidP="00763295">
            <w:r>
              <w:t>☐ Üniversite Ortak Seçmeli</w:t>
            </w:r>
          </w:p>
        </w:tc>
      </w:tr>
      <w:tr w:rsidR="00157C3B" w:rsidRPr="009D68F1" w14:paraId="3283E484" w14:textId="77777777" w:rsidTr="00763295">
        <w:trPr>
          <w:trHeight w:val="426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38DA7471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Sınıf/</w:t>
            </w:r>
            <w:r w:rsidRPr="009D68F1">
              <w:rPr>
                <w:rFonts w:cs="Times New Roman"/>
                <w:szCs w:val="24"/>
              </w:rPr>
              <w:t>Yarıyıl</w:t>
            </w:r>
          </w:p>
        </w:tc>
        <w:tc>
          <w:tcPr>
            <w:tcW w:w="1040" w:type="pct"/>
            <w:tcBorders>
              <w:right w:val="single" w:sz="4" w:space="0" w:color="auto"/>
            </w:tcBorders>
            <w:vAlign w:val="center"/>
          </w:tcPr>
          <w:p w14:paraId="2FB1DE48" w14:textId="77777777" w:rsidR="007743CD" w:rsidRDefault="00000000" w:rsidP="00763295">
            <w:r>
              <w:t>…</w:t>
            </w:r>
          </w:p>
        </w:tc>
        <w:tc>
          <w:tcPr>
            <w:tcW w:w="1000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931B8" w14:textId="77777777" w:rsidR="007743CD" w:rsidRDefault="00000000" w:rsidP="00763295">
            <w:r>
              <w:t>☐ Güz</w:t>
            </w:r>
          </w:p>
        </w:tc>
        <w:tc>
          <w:tcPr>
            <w:tcW w:w="1322" w:type="pct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6E53736" w14:textId="2D2FBAC6" w:rsidR="007743CD" w:rsidRDefault="005F1778" w:rsidP="00763295">
            <w:r>
              <w:t>☐ Bahar</w:t>
            </w:r>
          </w:p>
        </w:tc>
      </w:tr>
      <w:tr w:rsidR="00A0555E" w:rsidRPr="009D68F1" w14:paraId="74B24040" w14:textId="77777777" w:rsidTr="00763295">
        <w:trPr>
          <w:trHeight w:val="419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08E263E3" w14:textId="77777777" w:rsidR="00A0555E" w:rsidRPr="009D68F1" w:rsidRDefault="00A0555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 Dili</w:t>
            </w:r>
          </w:p>
        </w:tc>
        <w:tc>
          <w:tcPr>
            <w:tcW w:w="1711" w:type="pct"/>
            <w:gridSpan w:val="3"/>
            <w:tcBorders>
              <w:right w:val="single" w:sz="4" w:space="0" w:color="auto"/>
            </w:tcBorders>
            <w:vAlign w:val="center"/>
          </w:tcPr>
          <w:p w14:paraId="701EBD53" w14:textId="38F67797" w:rsidR="007743CD" w:rsidRDefault="005F1778" w:rsidP="00763295">
            <w:r>
              <w:t>☐ Türkçe</w:t>
            </w:r>
          </w:p>
        </w:tc>
        <w:tc>
          <w:tcPr>
            <w:tcW w:w="1651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6520C64" w14:textId="77777777" w:rsidR="007743CD" w:rsidRDefault="00000000" w:rsidP="00763295">
            <w:r>
              <w:t>☐ Diğer:…………</w:t>
            </w:r>
          </w:p>
        </w:tc>
      </w:tr>
      <w:tr w:rsidR="00DC7632" w:rsidRPr="009D68F1" w14:paraId="358C6DD4" w14:textId="77777777" w:rsidTr="00763295">
        <w:trPr>
          <w:trHeight w:val="411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7557D4FA" w14:textId="77777777" w:rsidR="00DC7632" w:rsidRPr="009D68F1" w:rsidRDefault="00DC7632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 Düzeyi</w:t>
            </w:r>
          </w:p>
        </w:tc>
        <w:tc>
          <w:tcPr>
            <w:tcW w:w="1711" w:type="pct"/>
            <w:gridSpan w:val="3"/>
            <w:vAlign w:val="center"/>
          </w:tcPr>
          <w:p w14:paraId="4592733B" w14:textId="77777777" w:rsidR="007743CD" w:rsidRDefault="00000000" w:rsidP="00763295">
            <w:r>
              <w:t>☐ Ön Lisans</w:t>
            </w:r>
          </w:p>
        </w:tc>
        <w:tc>
          <w:tcPr>
            <w:tcW w:w="1651" w:type="pct"/>
            <w:gridSpan w:val="4"/>
            <w:tcBorders>
              <w:right w:val="double" w:sz="4" w:space="0" w:color="auto"/>
            </w:tcBorders>
            <w:vAlign w:val="center"/>
          </w:tcPr>
          <w:p w14:paraId="1E5B7461" w14:textId="451A5E44" w:rsidR="007743CD" w:rsidRDefault="005F1778" w:rsidP="00763295">
            <w:r>
              <w:t>☐ Lisans</w:t>
            </w:r>
          </w:p>
        </w:tc>
      </w:tr>
      <w:tr w:rsidR="00A0555E" w:rsidRPr="009D68F1" w14:paraId="752C1EAC" w14:textId="77777777" w:rsidTr="00763295">
        <w:trPr>
          <w:trHeight w:val="416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675E2785" w14:textId="77777777" w:rsidR="00A0555E" w:rsidRPr="009D68F1" w:rsidRDefault="00A0555E" w:rsidP="00763295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A0555E">
              <w:rPr>
                <w:rFonts w:cs="Times New Roman"/>
                <w:szCs w:val="24"/>
              </w:rPr>
              <w:t>Kredi  /</w:t>
            </w:r>
            <w:proofErr w:type="gramEnd"/>
            <w:r w:rsidRPr="00A0555E">
              <w:rPr>
                <w:rFonts w:cs="Times New Roman"/>
                <w:szCs w:val="24"/>
              </w:rPr>
              <w:t xml:space="preserve"> AKTS</w:t>
            </w:r>
          </w:p>
        </w:tc>
        <w:tc>
          <w:tcPr>
            <w:tcW w:w="1711" w:type="pct"/>
            <w:gridSpan w:val="3"/>
            <w:tcBorders>
              <w:right w:val="single" w:sz="4" w:space="0" w:color="auto"/>
            </w:tcBorders>
            <w:vAlign w:val="center"/>
          </w:tcPr>
          <w:p w14:paraId="221EFA6D" w14:textId="6256BC36" w:rsidR="007743CD" w:rsidRDefault="00000000" w:rsidP="00763295">
            <w:r>
              <w:t xml:space="preserve">Kredi: </w:t>
            </w:r>
          </w:p>
        </w:tc>
        <w:tc>
          <w:tcPr>
            <w:tcW w:w="1651" w:type="pct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979EAA9" w14:textId="4C22741F" w:rsidR="007743CD" w:rsidRDefault="00000000" w:rsidP="00763295">
            <w:r>
              <w:t xml:space="preserve">AKTS: </w:t>
            </w:r>
          </w:p>
        </w:tc>
      </w:tr>
      <w:tr w:rsidR="00A0555E" w:rsidRPr="009D68F1" w14:paraId="23C04D6F" w14:textId="77777777" w:rsidTr="00763295">
        <w:trPr>
          <w:trHeight w:val="422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38A19F0D" w14:textId="77777777" w:rsidR="00A0555E" w:rsidRPr="009D68F1" w:rsidRDefault="00A0555E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Haftalık Ders Saati</w:t>
            </w:r>
          </w:p>
        </w:tc>
        <w:tc>
          <w:tcPr>
            <w:tcW w:w="1121" w:type="pct"/>
            <w:gridSpan w:val="2"/>
            <w:tcBorders>
              <w:right w:val="single" w:sz="4" w:space="0" w:color="auto"/>
            </w:tcBorders>
            <w:vAlign w:val="center"/>
          </w:tcPr>
          <w:p w14:paraId="2B5F8539" w14:textId="347F5416" w:rsidR="007743CD" w:rsidRDefault="00000000" w:rsidP="00763295">
            <w:r>
              <w:t xml:space="preserve">Teorik: </w:t>
            </w:r>
          </w:p>
        </w:tc>
        <w:tc>
          <w:tcPr>
            <w:tcW w:w="112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6AAD6" w14:textId="13C99C1F" w:rsidR="007743CD" w:rsidRDefault="00000000" w:rsidP="00763295">
            <w:r>
              <w:t xml:space="preserve">Uygulama: </w:t>
            </w:r>
          </w:p>
        </w:tc>
        <w:tc>
          <w:tcPr>
            <w:tcW w:w="1120" w:type="pct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B548006" w14:textId="387719B8" w:rsidR="007743CD" w:rsidRDefault="00000000" w:rsidP="00763295">
            <w:r>
              <w:t xml:space="preserve">Laboratuvar: </w:t>
            </w:r>
          </w:p>
        </w:tc>
      </w:tr>
      <w:tr w:rsidR="00213D4D" w:rsidRPr="009D68F1" w14:paraId="526349F8" w14:textId="77777777" w:rsidTr="00763295">
        <w:trPr>
          <w:trHeight w:val="1265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4BF55711" w14:textId="2297EE6A" w:rsidR="00213D4D" w:rsidRPr="009D68F1" w:rsidRDefault="00213D4D" w:rsidP="007632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Dersin Amacı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422CF943" w14:textId="60CD9FA7" w:rsidR="001115B1" w:rsidRDefault="001115B1" w:rsidP="00763295">
            <w:pPr>
              <w:jc w:val="both"/>
            </w:pPr>
            <w:r>
              <w:t xml:space="preserve"> </w:t>
            </w:r>
          </w:p>
        </w:tc>
      </w:tr>
      <w:tr w:rsidR="00213D4D" w:rsidRPr="009D68F1" w14:paraId="34D04EEC" w14:textId="77777777" w:rsidTr="00763295">
        <w:trPr>
          <w:trHeight w:val="1552"/>
        </w:trPr>
        <w:tc>
          <w:tcPr>
            <w:tcW w:w="1638" w:type="pct"/>
            <w:tcBorders>
              <w:left w:val="double" w:sz="4" w:space="0" w:color="auto"/>
            </w:tcBorders>
            <w:vAlign w:val="center"/>
          </w:tcPr>
          <w:p w14:paraId="226156EF" w14:textId="79D0DFEE" w:rsidR="00213D4D" w:rsidRDefault="00213D4D" w:rsidP="007632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Dersin İçeriği</w:t>
            </w:r>
          </w:p>
        </w:tc>
        <w:tc>
          <w:tcPr>
            <w:tcW w:w="3362" w:type="pct"/>
            <w:gridSpan w:val="7"/>
            <w:tcBorders>
              <w:right w:val="double" w:sz="4" w:space="0" w:color="auto"/>
            </w:tcBorders>
            <w:vAlign w:val="center"/>
          </w:tcPr>
          <w:p w14:paraId="0B50C633" w14:textId="4B72B411" w:rsidR="00213D4D" w:rsidRPr="00213D4D" w:rsidRDefault="00213D4D" w:rsidP="00763295">
            <w:pPr>
              <w:jc w:val="both"/>
              <w:rPr>
                <w:sz w:val="17"/>
                <w:szCs w:val="17"/>
              </w:rPr>
            </w:pPr>
          </w:p>
        </w:tc>
      </w:tr>
      <w:tr w:rsidR="00FD1487" w:rsidRPr="009D68F1" w14:paraId="1A835CA1" w14:textId="77777777" w:rsidTr="00763295">
        <w:trPr>
          <w:trHeight w:val="1405"/>
        </w:trPr>
        <w:tc>
          <w:tcPr>
            <w:tcW w:w="1638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675A7E" w14:textId="77777777" w:rsidR="00560D34" w:rsidRPr="009D68F1" w:rsidRDefault="00DC7632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Yeni Dersin Öneri Nedenleri</w:t>
            </w:r>
          </w:p>
        </w:tc>
        <w:tc>
          <w:tcPr>
            <w:tcW w:w="3362" w:type="pct"/>
            <w:gridSpan w:val="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39CD3C" w14:textId="0A72C752" w:rsidR="007743CD" w:rsidRDefault="007743CD" w:rsidP="00763295">
            <w:pPr>
              <w:spacing w:after="40"/>
              <w:jc w:val="both"/>
            </w:pPr>
          </w:p>
        </w:tc>
      </w:tr>
      <w:tr w:rsidR="00EB60FD" w:rsidRPr="009D68F1" w14:paraId="1BC8473B" w14:textId="77777777" w:rsidTr="00763295">
        <w:trPr>
          <w:trHeight w:val="503"/>
        </w:trPr>
        <w:tc>
          <w:tcPr>
            <w:tcW w:w="1638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C853A32" w14:textId="77777777" w:rsidR="00EB60FD" w:rsidRPr="009D68F1" w:rsidRDefault="00EB60FD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Ön Koşul (Var ise)</w:t>
            </w:r>
          </w:p>
        </w:tc>
        <w:tc>
          <w:tcPr>
            <w:tcW w:w="3362" w:type="pct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16625C" w14:textId="401E81DF" w:rsidR="007743CD" w:rsidRDefault="007743CD" w:rsidP="00763295"/>
        </w:tc>
      </w:tr>
      <w:tr w:rsidR="00EB60FD" w:rsidRPr="009D68F1" w14:paraId="29D17107" w14:textId="77777777" w:rsidTr="00763295">
        <w:trPr>
          <w:trHeight w:val="248"/>
        </w:trPr>
        <w:tc>
          <w:tcPr>
            <w:tcW w:w="1638" w:type="pct"/>
            <w:vMerge w:val="restart"/>
            <w:tcBorders>
              <w:left w:val="double" w:sz="4" w:space="0" w:color="auto"/>
            </w:tcBorders>
            <w:vAlign w:val="center"/>
          </w:tcPr>
          <w:p w14:paraId="6D6153CF" w14:textId="77777777" w:rsidR="00EB60FD" w:rsidRPr="009D68F1" w:rsidRDefault="00EB60FD" w:rsidP="0076329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Ön Koşul Olan Dersin</w:t>
            </w:r>
          </w:p>
        </w:tc>
        <w:tc>
          <w:tcPr>
            <w:tcW w:w="3362" w:type="pct"/>
            <w:gridSpan w:val="7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D920F0" w14:textId="0B376E8E" w:rsidR="007743CD" w:rsidRDefault="00000000" w:rsidP="00763295">
            <w:r>
              <w:rPr>
                <w:sz w:val="19"/>
              </w:rPr>
              <w:t>Sınıf/Yarıyıl:</w:t>
            </w:r>
          </w:p>
        </w:tc>
      </w:tr>
      <w:tr w:rsidR="00EB60FD" w:rsidRPr="009D68F1" w14:paraId="4456E8BD" w14:textId="77777777" w:rsidTr="00763295">
        <w:trPr>
          <w:trHeight w:val="247"/>
        </w:trPr>
        <w:tc>
          <w:tcPr>
            <w:tcW w:w="1638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2E9EB37" w14:textId="77777777" w:rsidR="00EB60FD" w:rsidRDefault="00EB60FD" w:rsidP="007632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62" w:type="pct"/>
            <w:gridSpan w:val="7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F1765F" w14:textId="31B11B41" w:rsidR="007743CD" w:rsidRDefault="00000000" w:rsidP="00763295">
            <w:r>
              <w:rPr>
                <w:sz w:val="19"/>
              </w:rPr>
              <w:t xml:space="preserve">Ders Kodu/Adı: </w:t>
            </w:r>
          </w:p>
        </w:tc>
      </w:tr>
      <w:tr w:rsidR="00157C3B" w:rsidRPr="009D68F1" w14:paraId="39BFC1EE" w14:textId="77777777" w:rsidTr="00763295">
        <w:trPr>
          <w:trHeight w:val="162"/>
        </w:trPr>
        <w:tc>
          <w:tcPr>
            <w:tcW w:w="1638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2B6669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 xml:space="preserve">Önerilen Ders Başka Bir Dersin Yerini </w:t>
            </w:r>
            <w:proofErr w:type="gramStart"/>
            <w:r w:rsidRPr="009D68F1">
              <w:rPr>
                <w:rFonts w:cs="Times New Roman"/>
                <w:szCs w:val="24"/>
              </w:rPr>
              <w:t>Alacak  ise</w:t>
            </w:r>
            <w:proofErr w:type="gramEnd"/>
            <w:r w:rsidRPr="009D68F1">
              <w:rPr>
                <w:rFonts w:cs="Times New Roman"/>
                <w:szCs w:val="24"/>
              </w:rPr>
              <w:t xml:space="preserve"> Yerini Alacağı Dersin</w:t>
            </w:r>
            <w:r w:rsidR="002A047E">
              <w:rPr>
                <w:rFonts w:cs="Times New Roman"/>
                <w:szCs w:val="24"/>
              </w:rPr>
              <w:t xml:space="preserve"> (Var ise)</w:t>
            </w:r>
          </w:p>
        </w:tc>
        <w:tc>
          <w:tcPr>
            <w:tcW w:w="3362" w:type="pct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04BC7B" w14:textId="4B2E2079" w:rsidR="007743CD" w:rsidRDefault="00000000" w:rsidP="00763295">
            <w:r>
              <w:rPr>
                <w:sz w:val="19"/>
              </w:rPr>
              <w:t>Sınıf/Yarıyıl:</w:t>
            </w:r>
          </w:p>
        </w:tc>
      </w:tr>
      <w:tr w:rsidR="00157C3B" w:rsidRPr="009D68F1" w14:paraId="72489BE8" w14:textId="77777777" w:rsidTr="00763295">
        <w:trPr>
          <w:trHeight w:val="162"/>
        </w:trPr>
        <w:tc>
          <w:tcPr>
            <w:tcW w:w="1638" w:type="pct"/>
            <w:vMerge/>
            <w:tcBorders>
              <w:left w:val="double" w:sz="4" w:space="0" w:color="auto"/>
            </w:tcBorders>
            <w:vAlign w:val="center"/>
          </w:tcPr>
          <w:p w14:paraId="0C7F9C0F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1" w:type="pct"/>
            <w:gridSpan w:val="3"/>
            <w:tcBorders>
              <w:top w:val="single" w:sz="4" w:space="0" w:color="auto"/>
            </w:tcBorders>
            <w:vAlign w:val="center"/>
          </w:tcPr>
          <w:p w14:paraId="1692A1B3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 xml:space="preserve">Ders Kodu  </w:t>
            </w:r>
          </w:p>
        </w:tc>
        <w:tc>
          <w:tcPr>
            <w:tcW w:w="1651" w:type="pct"/>
            <w:gridSpan w:val="4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25216FD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Ders Adı</w:t>
            </w:r>
          </w:p>
        </w:tc>
      </w:tr>
      <w:tr w:rsidR="00157C3B" w:rsidRPr="009D68F1" w14:paraId="26AC4CFF" w14:textId="77777777" w:rsidTr="00763295">
        <w:trPr>
          <w:trHeight w:val="161"/>
        </w:trPr>
        <w:tc>
          <w:tcPr>
            <w:tcW w:w="1638" w:type="pct"/>
            <w:vMerge/>
            <w:tcBorders>
              <w:left w:val="double" w:sz="4" w:space="0" w:color="auto"/>
            </w:tcBorders>
            <w:vAlign w:val="center"/>
          </w:tcPr>
          <w:p w14:paraId="669215BB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1" w:type="pct"/>
            <w:gridSpan w:val="3"/>
            <w:vAlign w:val="center"/>
          </w:tcPr>
          <w:p w14:paraId="0D5889EB" w14:textId="77777777" w:rsidR="007743CD" w:rsidRDefault="00000000" w:rsidP="00763295">
            <w:r>
              <w:rPr>
                <w:sz w:val="19"/>
              </w:rPr>
              <w:t>Yok</w:t>
            </w:r>
          </w:p>
        </w:tc>
        <w:tc>
          <w:tcPr>
            <w:tcW w:w="1651" w:type="pct"/>
            <w:gridSpan w:val="4"/>
            <w:tcBorders>
              <w:right w:val="double" w:sz="4" w:space="0" w:color="auto"/>
            </w:tcBorders>
            <w:vAlign w:val="center"/>
          </w:tcPr>
          <w:p w14:paraId="18AFADD4" w14:textId="77777777" w:rsidR="007743CD" w:rsidRDefault="00000000" w:rsidP="00763295">
            <w:r>
              <w:rPr>
                <w:sz w:val="19"/>
              </w:rPr>
              <w:t>Yok</w:t>
            </w:r>
          </w:p>
        </w:tc>
      </w:tr>
      <w:tr w:rsidR="00157C3B" w:rsidRPr="009D68F1" w14:paraId="5A765448" w14:textId="77777777" w:rsidTr="00763295">
        <w:trPr>
          <w:trHeight w:val="161"/>
        </w:trPr>
        <w:tc>
          <w:tcPr>
            <w:tcW w:w="1638" w:type="pct"/>
            <w:vMerge/>
            <w:tcBorders>
              <w:left w:val="double" w:sz="4" w:space="0" w:color="auto"/>
            </w:tcBorders>
            <w:vAlign w:val="center"/>
          </w:tcPr>
          <w:p w14:paraId="3B12A835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</w:tcBorders>
            <w:vAlign w:val="center"/>
          </w:tcPr>
          <w:p w14:paraId="55CBBD5D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Teori</w:t>
            </w:r>
          </w:p>
        </w:tc>
        <w:tc>
          <w:tcPr>
            <w:tcW w:w="671" w:type="pct"/>
            <w:gridSpan w:val="2"/>
            <w:vAlign w:val="center"/>
          </w:tcPr>
          <w:p w14:paraId="042C76E6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Uygulama</w:t>
            </w:r>
          </w:p>
        </w:tc>
        <w:tc>
          <w:tcPr>
            <w:tcW w:w="876" w:type="pct"/>
            <w:gridSpan w:val="3"/>
            <w:vAlign w:val="center"/>
          </w:tcPr>
          <w:p w14:paraId="38DA0E6D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Kredi</w:t>
            </w:r>
          </w:p>
        </w:tc>
        <w:tc>
          <w:tcPr>
            <w:tcW w:w="775" w:type="pct"/>
            <w:tcBorders>
              <w:right w:val="double" w:sz="4" w:space="0" w:color="auto"/>
            </w:tcBorders>
            <w:vAlign w:val="center"/>
          </w:tcPr>
          <w:p w14:paraId="20684045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>AKTS</w:t>
            </w:r>
          </w:p>
        </w:tc>
      </w:tr>
      <w:tr w:rsidR="00157C3B" w:rsidRPr="009D68F1" w14:paraId="1CB1D3E7" w14:textId="77777777" w:rsidTr="00763295">
        <w:trPr>
          <w:trHeight w:val="161"/>
        </w:trPr>
        <w:tc>
          <w:tcPr>
            <w:tcW w:w="1638" w:type="pct"/>
            <w:vMerge/>
            <w:tcBorders>
              <w:left w:val="double" w:sz="4" w:space="0" w:color="auto"/>
            </w:tcBorders>
            <w:vAlign w:val="center"/>
          </w:tcPr>
          <w:p w14:paraId="088C375C" w14:textId="77777777" w:rsidR="00157C3B" w:rsidRPr="009D68F1" w:rsidRDefault="00157C3B" w:rsidP="0076329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single" w:sz="4" w:space="0" w:color="auto"/>
            </w:tcBorders>
            <w:vAlign w:val="center"/>
          </w:tcPr>
          <w:p w14:paraId="063478CD" w14:textId="43A0A430" w:rsidR="007743CD" w:rsidRDefault="007743CD" w:rsidP="00763295"/>
        </w:tc>
        <w:tc>
          <w:tcPr>
            <w:tcW w:w="671" w:type="pct"/>
            <w:gridSpan w:val="2"/>
            <w:vAlign w:val="center"/>
          </w:tcPr>
          <w:p w14:paraId="260B02AD" w14:textId="04C7A44D" w:rsidR="007743CD" w:rsidRDefault="007743CD" w:rsidP="00763295"/>
        </w:tc>
        <w:tc>
          <w:tcPr>
            <w:tcW w:w="876" w:type="pct"/>
            <w:gridSpan w:val="3"/>
            <w:vAlign w:val="center"/>
          </w:tcPr>
          <w:p w14:paraId="0F727527" w14:textId="79F6CFCC" w:rsidR="007743CD" w:rsidRDefault="007743CD" w:rsidP="00763295"/>
        </w:tc>
        <w:tc>
          <w:tcPr>
            <w:tcW w:w="775" w:type="pct"/>
            <w:tcBorders>
              <w:right w:val="double" w:sz="4" w:space="0" w:color="auto"/>
            </w:tcBorders>
            <w:vAlign w:val="center"/>
          </w:tcPr>
          <w:p w14:paraId="35050587" w14:textId="0C8EBD4C" w:rsidR="007743CD" w:rsidRDefault="007743CD" w:rsidP="00763295"/>
        </w:tc>
      </w:tr>
      <w:tr w:rsidR="00DC7632" w:rsidRPr="009D68F1" w14:paraId="656780C4" w14:textId="77777777" w:rsidTr="00763295">
        <w:trPr>
          <w:trHeight w:val="734"/>
        </w:trPr>
        <w:tc>
          <w:tcPr>
            <w:tcW w:w="1638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2E36F94" w14:textId="2A015100" w:rsidR="00DC7632" w:rsidRPr="009D68F1" w:rsidRDefault="00DC7632" w:rsidP="00763295">
            <w:pPr>
              <w:jc w:val="both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Cs w:val="24"/>
              </w:rPr>
              <w:t xml:space="preserve">Önerilen Ders Başka Bir Dersin Yerini </w:t>
            </w:r>
            <w:proofErr w:type="gramStart"/>
            <w:r w:rsidRPr="009D68F1">
              <w:rPr>
                <w:rFonts w:cs="Times New Roman"/>
                <w:szCs w:val="24"/>
              </w:rPr>
              <w:t>Alacak  ise</w:t>
            </w:r>
            <w:proofErr w:type="gramEnd"/>
            <w:r w:rsidR="00560D34">
              <w:rPr>
                <w:rFonts w:cs="Times New Roman"/>
                <w:szCs w:val="24"/>
              </w:rPr>
              <w:t xml:space="preserve"> </w:t>
            </w:r>
            <w:r w:rsidRPr="009D68F1">
              <w:rPr>
                <w:rFonts w:cs="Times New Roman"/>
                <w:szCs w:val="24"/>
              </w:rPr>
              <w:t>Dersin Değişiklik Gerekçesi</w:t>
            </w:r>
          </w:p>
        </w:tc>
        <w:tc>
          <w:tcPr>
            <w:tcW w:w="3362" w:type="pct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3C4673" w14:textId="309AA152" w:rsidR="007743CD" w:rsidRDefault="007743CD" w:rsidP="00763295"/>
        </w:tc>
      </w:tr>
    </w:tbl>
    <w:p w14:paraId="4EC3DAFC" w14:textId="77777777" w:rsidR="00CF67E7" w:rsidRPr="009D68F1" w:rsidRDefault="00CF67E7">
      <w:pPr>
        <w:rPr>
          <w:rFonts w:cs="Times New Roman"/>
          <w:sz w:val="24"/>
          <w:szCs w:val="24"/>
        </w:rPr>
      </w:pPr>
    </w:p>
    <w:tbl>
      <w:tblPr>
        <w:tblW w:w="4990" w:type="pct"/>
        <w:tblInd w:w="-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32"/>
        <w:gridCol w:w="2246"/>
        <w:gridCol w:w="2672"/>
        <w:gridCol w:w="2498"/>
      </w:tblGrid>
      <w:tr w:rsidR="00D863E1" w:rsidRPr="009D68F1" w14:paraId="26AB5CAC" w14:textId="77777777" w:rsidTr="005F1778">
        <w:trPr>
          <w:trHeight w:val="39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AB4D215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lastRenderedPageBreak/>
              <w:t xml:space="preserve">Öğrenci İş Yükü/ </w:t>
            </w:r>
            <w:r w:rsidRPr="009D68F1">
              <w:rPr>
                <w:rFonts w:cs="Times New Roman"/>
                <w:color w:val="000000"/>
                <w:sz w:val="19"/>
                <w:szCs w:val="24"/>
              </w:rPr>
              <w:t xml:space="preserve">Course </w:t>
            </w:r>
            <w:proofErr w:type="spellStart"/>
            <w:r w:rsidRPr="009D68F1">
              <w:rPr>
                <w:rFonts w:cs="Times New Roman"/>
                <w:sz w:val="19"/>
                <w:szCs w:val="24"/>
              </w:rPr>
              <w:t>Workload</w:t>
            </w:r>
            <w:proofErr w:type="spellEnd"/>
          </w:p>
          <w:p w14:paraId="15EC55FC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(</w:t>
            </w:r>
            <w:r w:rsidR="00183F7A">
              <w:rPr>
                <w:rFonts w:cs="Times New Roman"/>
                <w:sz w:val="19"/>
                <w:szCs w:val="24"/>
              </w:rPr>
              <w:t xml:space="preserve">Ortalama </w:t>
            </w:r>
            <w:r w:rsidRPr="009D68F1">
              <w:rPr>
                <w:rFonts w:cs="Times New Roman"/>
                <w:sz w:val="19"/>
                <w:szCs w:val="24"/>
              </w:rPr>
              <w:t xml:space="preserve">30 saat 1 </w:t>
            </w:r>
            <w:proofErr w:type="spellStart"/>
            <w:r w:rsidRPr="009D68F1">
              <w:rPr>
                <w:rFonts w:cs="Times New Roman"/>
                <w:sz w:val="19"/>
                <w:szCs w:val="24"/>
              </w:rPr>
              <w:t>AKTS’ye</w:t>
            </w:r>
            <w:proofErr w:type="spellEnd"/>
            <w:r w:rsidRPr="009D68F1">
              <w:rPr>
                <w:rFonts w:cs="Times New Roman"/>
                <w:sz w:val="19"/>
                <w:szCs w:val="24"/>
              </w:rPr>
              <w:t xml:space="preserve"> karşılık gelmektedir)</w:t>
            </w:r>
          </w:p>
        </w:tc>
      </w:tr>
      <w:tr w:rsidR="00D863E1" w:rsidRPr="009D68F1" w14:paraId="61790EC2" w14:textId="77777777" w:rsidTr="00404A12">
        <w:trPr>
          <w:trHeight w:val="425"/>
        </w:trPr>
        <w:tc>
          <w:tcPr>
            <w:tcW w:w="155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EE7D6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Etkinlikler</w:t>
            </w:r>
          </w:p>
        </w:tc>
        <w:tc>
          <w:tcPr>
            <w:tcW w:w="10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0BCCF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Haftalık süre (saat)</w:t>
            </w:r>
          </w:p>
        </w:tc>
        <w:tc>
          <w:tcPr>
            <w:tcW w:w="1243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8104B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Hafta sayısı</w:t>
            </w:r>
          </w:p>
        </w:tc>
        <w:tc>
          <w:tcPr>
            <w:tcW w:w="116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55BE79" w14:textId="77777777" w:rsidR="00D863E1" w:rsidRPr="009D68F1" w:rsidRDefault="00D863E1" w:rsidP="001A615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Dönem toplamı</w:t>
            </w:r>
          </w:p>
        </w:tc>
      </w:tr>
      <w:tr w:rsidR="00F53A43" w:rsidRPr="009D68F1" w14:paraId="46047976" w14:textId="77777777" w:rsidTr="00404A12">
        <w:trPr>
          <w:trHeight w:val="285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80A68" w14:textId="77777777" w:rsidR="00F53A43" w:rsidRPr="009D68F1" w:rsidRDefault="00F53A43" w:rsidP="00F53A43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 xml:space="preserve">Ders Süresi 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F42122" w14:textId="01C72B47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A7D7D1" w14:textId="1C263B8C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0F24D3" w14:textId="372B88A7" w:rsidR="007743CD" w:rsidRDefault="007743CD">
            <w:pPr>
              <w:jc w:val="center"/>
            </w:pPr>
          </w:p>
        </w:tc>
      </w:tr>
      <w:tr w:rsidR="00D863E1" w:rsidRPr="009D68F1" w14:paraId="2CEC2B6B" w14:textId="77777777" w:rsidTr="00404A12">
        <w:trPr>
          <w:trHeight w:val="94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4704C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Sınıf dışı çalışma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4D194" w14:textId="09505B00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8D68F" w14:textId="6C260310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BC03D7" w14:textId="50D3E5DC" w:rsidR="007743CD" w:rsidRDefault="007743CD">
            <w:pPr>
              <w:jc w:val="center"/>
            </w:pPr>
          </w:p>
        </w:tc>
      </w:tr>
      <w:tr w:rsidR="00D863E1" w:rsidRPr="009D68F1" w14:paraId="5A49E89B" w14:textId="77777777" w:rsidTr="00183F7A">
        <w:trPr>
          <w:trHeight w:val="431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A7951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Laboratuvar çalışması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D0345" w14:textId="35A6FA84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36F2B" w14:textId="5B71BE86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9C9D42" w14:textId="6ABFCEE9" w:rsidR="007743CD" w:rsidRDefault="007743CD">
            <w:pPr>
              <w:jc w:val="center"/>
            </w:pPr>
          </w:p>
        </w:tc>
      </w:tr>
      <w:tr w:rsidR="00D863E1" w:rsidRPr="009D68F1" w14:paraId="6E220E08" w14:textId="77777777" w:rsidTr="00183F7A">
        <w:trPr>
          <w:trHeight w:val="409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D776B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Ara sınav için hazırlık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4066" w14:textId="1EEFFA6C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284EA" w14:textId="36ACD18E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21C227" w14:textId="61E559A4" w:rsidR="007743CD" w:rsidRDefault="007743CD">
            <w:pPr>
              <w:jc w:val="center"/>
            </w:pPr>
          </w:p>
        </w:tc>
      </w:tr>
      <w:tr w:rsidR="00D863E1" w:rsidRPr="009D68F1" w14:paraId="3D7C40B0" w14:textId="77777777" w:rsidTr="00183F7A">
        <w:trPr>
          <w:trHeight w:val="429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14E21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Ara sınav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9F2055" w14:textId="0B6205BE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81646" w14:textId="3BD8E8A6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6B5A83" w14:textId="7766BFCC" w:rsidR="007743CD" w:rsidRDefault="007743CD">
            <w:pPr>
              <w:jc w:val="center"/>
            </w:pPr>
          </w:p>
        </w:tc>
      </w:tr>
      <w:tr w:rsidR="00D863E1" w:rsidRPr="009D68F1" w14:paraId="781BF6CB" w14:textId="77777777" w:rsidTr="00183F7A">
        <w:trPr>
          <w:trHeight w:val="407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A6565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 xml:space="preserve">Uygulama 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0BC25" w14:textId="3F92380E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E92DB" w14:textId="212C67AE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34DD56" w14:textId="4A8310E8" w:rsidR="007743CD" w:rsidRDefault="007743CD">
            <w:pPr>
              <w:jc w:val="center"/>
            </w:pPr>
          </w:p>
        </w:tc>
      </w:tr>
      <w:tr w:rsidR="00D863E1" w:rsidRPr="009D68F1" w14:paraId="70265203" w14:textId="77777777" w:rsidTr="00183F7A">
        <w:trPr>
          <w:trHeight w:val="427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7BFAE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Klinik uygulama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172D1" w14:textId="17405547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E9862" w14:textId="4DFDA8C4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28ED59" w14:textId="677D539D" w:rsidR="007743CD" w:rsidRDefault="007743CD">
            <w:pPr>
              <w:jc w:val="center"/>
            </w:pPr>
          </w:p>
        </w:tc>
      </w:tr>
      <w:tr w:rsidR="00D863E1" w:rsidRPr="009D68F1" w14:paraId="159A9971" w14:textId="77777777" w:rsidTr="00183F7A">
        <w:trPr>
          <w:trHeight w:val="419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51F66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Ödev /Sunum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24B84" w14:textId="17CCAF91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80163" w14:textId="13C56BFE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AA0551" w14:textId="1A1431C1" w:rsidR="007743CD" w:rsidRDefault="007743CD">
            <w:pPr>
              <w:jc w:val="center"/>
            </w:pPr>
          </w:p>
        </w:tc>
      </w:tr>
      <w:tr w:rsidR="00D863E1" w:rsidRPr="009D68F1" w14:paraId="24DF7B19" w14:textId="77777777" w:rsidTr="00183F7A">
        <w:trPr>
          <w:trHeight w:val="425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D538C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Proje /Seminer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B22DA" w14:textId="048BFC07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4C017" w14:textId="6FF0D0ED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7A035B" w14:textId="2277FB4F" w:rsidR="007743CD" w:rsidRDefault="007743CD">
            <w:pPr>
              <w:jc w:val="center"/>
            </w:pPr>
          </w:p>
        </w:tc>
      </w:tr>
      <w:tr w:rsidR="00D863E1" w:rsidRPr="009D68F1" w14:paraId="011046E8" w14:textId="77777777" w:rsidTr="00183F7A">
        <w:trPr>
          <w:trHeight w:val="417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23B09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Kısa Sınav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F90A7" w14:textId="75EDB14C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D1BFB" w14:textId="682531A0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272056" w14:textId="095049A0" w:rsidR="007743CD" w:rsidRDefault="007743CD">
            <w:pPr>
              <w:jc w:val="center"/>
            </w:pPr>
          </w:p>
        </w:tc>
      </w:tr>
      <w:tr w:rsidR="00D863E1" w:rsidRPr="009D68F1" w14:paraId="28FB7A6A" w14:textId="77777777" w:rsidTr="00183F7A">
        <w:trPr>
          <w:trHeight w:val="423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E694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Dönem sonu sınavı için hazırlık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6B3BB" w14:textId="5823A4A0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9C476" w14:textId="307D75F9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0286D6" w14:textId="3AB79936" w:rsidR="007743CD" w:rsidRDefault="007743CD">
            <w:pPr>
              <w:jc w:val="center"/>
            </w:pPr>
          </w:p>
        </w:tc>
      </w:tr>
      <w:tr w:rsidR="00D863E1" w:rsidRPr="009D68F1" w14:paraId="252BD6DE" w14:textId="77777777" w:rsidTr="00183F7A">
        <w:trPr>
          <w:trHeight w:val="415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93F099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Dönem sonu sınavı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821159" w14:textId="06CF120B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04F28" w14:textId="52865747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49AAD8" w14:textId="6A6F7FCA" w:rsidR="007743CD" w:rsidRDefault="007743CD">
            <w:pPr>
              <w:jc w:val="center"/>
            </w:pPr>
          </w:p>
        </w:tc>
      </w:tr>
      <w:tr w:rsidR="00D863E1" w:rsidRPr="009D68F1" w14:paraId="77E13C53" w14:textId="77777777" w:rsidTr="00183F7A">
        <w:trPr>
          <w:trHeight w:val="421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DED78C" w14:textId="77777777" w:rsidR="00D863E1" w:rsidRPr="009D68F1" w:rsidRDefault="00D863E1" w:rsidP="001A615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Diğer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FD002" w14:textId="06C1B4ED" w:rsidR="007743CD" w:rsidRDefault="007743CD">
            <w:pPr>
              <w:jc w:val="center"/>
            </w:pPr>
          </w:p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B8E67" w14:textId="364817B1" w:rsidR="007743CD" w:rsidRDefault="007743CD">
            <w:pPr>
              <w:jc w:val="center"/>
            </w:pPr>
          </w:p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F2EFAA" w14:textId="50F3DBE7" w:rsidR="007743CD" w:rsidRDefault="007743CD">
            <w:pPr>
              <w:jc w:val="center"/>
            </w:pPr>
          </w:p>
        </w:tc>
      </w:tr>
      <w:tr w:rsidR="00D863E1" w:rsidRPr="009D68F1" w14:paraId="53E7FF16" w14:textId="77777777" w:rsidTr="00183F7A">
        <w:trPr>
          <w:trHeight w:val="437"/>
        </w:trPr>
        <w:tc>
          <w:tcPr>
            <w:tcW w:w="15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D427D4" w14:textId="77777777" w:rsidR="00D863E1" w:rsidRPr="009D68F1" w:rsidRDefault="00D863E1" w:rsidP="001A615E">
            <w:pPr>
              <w:spacing w:after="0"/>
              <w:jc w:val="right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9"/>
                <w:szCs w:val="24"/>
              </w:rPr>
              <w:t>Toplam iş yükü</w:t>
            </w:r>
          </w:p>
        </w:tc>
        <w:tc>
          <w:tcPr>
            <w:tcW w:w="104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08A43D" w14:textId="77777777" w:rsidR="007743CD" w:rsidRDefault="007743CD"/>
        </w:tc>
        <w:tc>
          <w:tcPr>
            <w:tcW w:w="1243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91A927" w14:textId="77777777" w:rsidR="007743CD" w:rsidRDefault="007743CD"/>
        </w:tc>
        <w:tc>
          <w:tcPr>
            <w:tcW w:w="116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313B7" w14:textId="5046907C" w:rsidR="007743CD" w:rsidRDefault="007743CD">
            <w:pPr>
              <w:jc w:val="center"/>
            </w:pPr>
          </w:p>
        </w:tc>
      </w:tr>
    </w:tbl>
    <w:p w14:paraId="0631E443" w14:textId="77777777" w:rsidR="009D68F1" w:rsidRPr="00404A12" w:rsidRDefault="009D68F1">
      <w:pPr>
        <w:rPr>
          <w:sz w:val="4"/>
          <w:szCs w:val="6"/>
        </w:rPr>
      </w:pPr>
    </w:p>
    <w:tbl>
      <w:tblPr>
        <w:tblStyle w:val="TabloKlavuzu"/>
        <w:tblW w:w="5002" w:type="pct"/>
        <w:tblInd w:w="-5" w:type="dxa"/>
        <w:tblLook w:val="04A0" w:firstRow="1" w:lastRow="0" w:firstColumn="1" w:lastColumn="0" w:noHBand="0" w:noVBand="1"/>
      </w:tblPr>
      <w:tblGrid>
        <w:gridCol w:w="702"/>
        <w:gridCol w:w="1558"/>
        <w:gridCol w:w="3394"/>
        <w:gridCol w:w="1528"/>
        <w:gridCol w:w="3592"/>
      </w:tblGrid>
      <w:tr w:rsidR="00206538" w:rsidRPr="009D68F1" w14:paraId="1E7EAD4F" w14:textId="77777777" w:rsidTr="00404A12">
        <w:trPr>
          <w:trHeight w:val="344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E812F" w14:textId="77777777" w:rsidR="00206538" w:rsidRPr="009D68F1" w:rsidRDefault="00206538" w:rsidP="00AB5E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7"/>
                <w:szCs w:val="24"/>
              </w:rPr>
              <w:t>Dersin Öğrenme Çıktıları /</w:t>
            </w:r>
            <w:r w:rsidRPr="009D68F1">
              <w:rPr>
                <w:rFonts w:cs="Times New Roman"/>
                <w:sz w:val="17"/>
                <w:szCs w:val="24"/>
                <w:lang w:eastAsia="tr-TR"/>
              </w:rPr>
              <w:t xml:space="preserve"> </w:t>
            </w:r>
            <w:r w:rsidRPr="009D68F1">
              <w:rPr>
                <w:rFonts w:cs="Times New Roman"/>
                <w:sz w:val="17"/>
                <w:szCs w:val="24"/>
              </w:rPr>
              <w:t xml:space="preserve">Learning </w:t>
            </w:r>
            <w:proofErr w:type="spellStart"/>
            <w:r w:rsidRPr="009D68F1">
              <w:rPr>
                <w:rFonts w:cs="Times New Roman"/>
                <w:sz w:val="17"/>
                <w:szCs w:val="24"/>
              </w:rPr>
              <w:t>Outcomes</w:t>
            </w:r>
            <w:proofErr w:type="spellEnd"/>
          </w:p>
        </w:tc>
      </w:tr>
      <w:tr w:rsidR="00206538" w:rsidRPr="009D68F1" w14:paraId="09542A02" w14:textId="77777777" w:rsidTr="00404A12">
        <w:trPr>
          <w:trHeight w:val="250"/>
        </w:trPr>
        <w:tc>
          <w:tcPr>
            <w:tcW w:w="32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B833E" w14:textId="77777777" w:rsidR="00206538" w:rsidRPr="009D68F1" w:rsidRDefault="00206538" w:rsidP="00AB5EFD">
            <w:pPr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7"/>
                <w:szCs w:val="24"/>
              </w:rPr>
              <w:t>No</w:t>
            </w:r>
          </w:p>
        </w:tc>
        <w:tc>
          <w:tcPr>
            <w:tcW w:w="2298" w:type="pct"/>
            <w:gridSpan w:val="2"/>
            <w:tcBorders>
              <w:top w:val="single" w:sz="12" w:space="0" w:color="auto"/>
            </w:tcBorders>
            <w:vAlign w:val="center"/>
          </w:tcPr>
          <w:p w14:paraId="2676CFAC" w14:textId="77777777" w:rsidR="00206538" w:rsidRPr="009D68F1" w:rsidRDefault="00206538" w:rsidP="00AB5E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7"/>
                <w:szCs w:val="24"/>
              </w:rPr>
              <w:t>Öğrenme Çıktısı (ÖÇ)</w:t>
            </w:r>
          </w:p>
        </w:tc>
        <w:tc>
          <w:tcPr>
            <w:tcW w:w="2376" w:type="pct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9AD8F" w14:textId="77777777" w:rsidR="00206538" w:rsidRPr="009D68F1" w:rsidRDefault="00206538" w:rsidP="00AB5EF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D68F1">
              <w:rPr>
                <w:rFonts w:cs="Times New Roman"/>
                <w:sz w:val="17"/>
                <w:szCs w:val="24"/>
              </w:rPr>
              <w:t>Öğrenme Çıktısı (İngilizce)</w:t>
            </w:r>
          </w:p>
        </w:tc>
      </w:tr>
      <w:tr w:rsidR="00206538" w:rsidRPr="009D68F1" w14:paraId="34BBD400" w14:textId="77777777" w:rsidTr="00404A12">
        <w:trPr>
          <w:trHeight w:val="394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7CDC4725" w14:textId="77777777" w:rsidR="007743CD" w:rsidRDefault="00000000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2298" w:type="pct"/>
            <w:gridSpan w:val="2"/>
            <w:vAlign w:val="center"/>
          </w:tcPr>
          <w:p w14:paraId="29A24E07" w14:textId="2F18027A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5298387C" w14:textId="3E21BB37" w:rsidR="007743CD" w:rsidRDefault="007743CD"/>
        </w:tc>
      </w:tr>
      <w:tr w:rsidR="00206538" w:rsidRPr="009D68F1" w14:paraId="587A3C98" w14:textId="77777777" w:rsidTr="00427568">
        <w:trPr>
          <w:trHeight w:val="414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24C0CD82" w14:textId="77777777" w:rsidR="007743CD" w:rsidRDefault="00000000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2298" w:type="pct"/>
            <w:gridSpan w:val="2"/>
            <w:vAlign w:val="center"/>
          </w:tcPr>
          <w:p w14:paraId="1398AEF9" w14:textId="4174F419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637D4984" w14:textId="4723BF76" w:rsidR="007743CD" w:rsidRDefault="007743CD"/>
        </w:tc>
      </w:tr>
      <w:tr w:rsidR="00206538" w:rsidRPr="009D68F1" w14:paraId="515E77CE" w14:textId="77777777" w:rsidTr="00427568">
        <w:trPr>
          <w:trHeight w:val="406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647385C8" w14:textId="77777777" w:rsidR="007743CD" w:rsidRDefault="00000000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2298" w:type="pct"/>
            <w:gridSpan w:val="2"/>
            <w:vAlign w:val="center"/>
          </w:tcPr>
          <w:p w14:paraId="3EE03F72" w14:textId="307F92BE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3BEEC092" w14:textId="3EC541F1" w:rsidR="007743CD" w:rsidRDefault="007743CD"/>
        </w:tc>
      </w:tr>
      <w:tr w:rsidR="00206538" w:rsidRPr="009D68F1" w14:paraId="66C4A942" w14:textId="77777777" w:rsidTr="00427568">
        <w:trPr>
          <w:trHeight w:val="426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302700B7" w14:textId="77777777" w:rsidR="007743CD" w:rsidRDefault="00000000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2298" w:type="pct"/>
            <w:gridSpan w:val="2"/>
            <w:vAlign w:val="center"/>
          </w:tcPr>
          <w:p w14:paraId="63532F04" w14:textId="4B1CC9CB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093F91AF" w14:textId="292D54D9" w:rsidR="007743CD" w:rsidRDefault="007743CD"/>
        </w:tc>
      </w:tr>
      <w:tr w:rsidR="00206538" w:rsidRPr="009D68F1" w14:paraId="627C1637" w14:textId="77777777" w:rsidTr="00427568">
        <w:trPr>
          <w:trHeight w:val="404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219E3C25" w14:textId="77777777" w:rsidR="007743CD" w:rsidRDefault="00000000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2298" w:type="pct"/>
            <w:gridSpan w:val="2"/>
            <w:vAlign w:val="center"/>
          </w:tcPr>
          <w:p w14:paraId="4E7611E3" w14:textId="19DE2E39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2298FF05" w14:textId="2A765D18" w:rsidR="007743CD" w:rsidRDefault="007743CD"/>
        </w:tc>
      </w:tr>
      <w:tr w:rsidR="00206538" w:rsidRPr="009D68F1" w14:paraId="64D9D7A2" w14:textId="77777777" w:rsidTr="00427568">
        <w:trPr>
          <w:trHeight w:val="424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4D6D2D0C" w14:textId="77777777" w:rsidR="007743CD" w:rsidRDefault="00000000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2298" w:type="pct"/>
            <w:gridSpan w:val="2"/>
            <w:vAlign w:val="center"/>
          </w:tcPr>
          <w:p w14:paraId="706602DE" w14:textId="4505429D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1488F2DD" w14:textId="7BA005A3" w:rsidR="007743CD" w:rsidRDefault="007743CD"/>
        </w:tc>
      </w:tr>
      <w:tr w:rsidR="00206538" w:rsidRPr="009D68F1" w14:paraId="543B032A" w14:textId="77777777" w:rsidTr="00427568">
        <w:trPr>
          <w:trHeight w:val="416"/>
        </w:trPr>
        <w:tc>
          <w:tcPr>
            <w:tcW w:w="326" w:type="pct"/>
            <w:tcBorders>
              <w:left w:val="single" w:sz="12" w:space="0" w:color="auto"/>
            </w:tcBorders>
            <w:vAlign w:val="center"/>
          </w:tcPr>
          <w:p w14:paraId="14324968" w14:textId="77777777" w:rsidR="007743CD" w:rsidRDefault="00000000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2298" w:type="pct"/>
            <w:gridSpan w:val="2"/>
            <w:vAlign w:val="center"/>
          </w:tcPr>
          <w:p w14:paraId="6836CF4E" w14:textId="2E4697A3" w:rsidR="007743CD" w:rsidRDefault="007743CD"/>
        </w:tc>
        <w:tc>
          <w:tcPr>
            <w:tcW w:w="2376" w:type="pct"/>
            <w:gridSpan w:val="2"/>
            <w:tcBorders>
              <w:right w:val="single" w:sz="12" w:space="0" w:color="auto"/>
            </w:tcBorders>
            <w:vAlign w:val="center"/>
          </w:tcPr>
          <w:p w14:paraId="19BBC9D7" w14:textId="75D9595F" w:rsidR="007743CD" w:rsidRDefault="007743CD"/>
        </w:tc>
      </w:tr>
      <w:tr w:rsidR="00206538" w:rsidRPr="009D68F1" w14:paraId="5C322EB9" w14:textId="77777777" w:rsidTr="00427568">
        <w:trPr>
          <w:trHeight w:val="422"/>
        </w:trPr>
        <w:tc>
          <w:tcPr>
            <w:tcW w:w="32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535BA" w14:textId="77777777" w:rsidR="007743CD" w:rsidRDefault="007743CD"/>
        </w:tc>
        <w:tc>
          <w:tcPr>
            <w:tcW w:w="2298" w:type="pct"/>
            <w:gridSpan w:val="2"/>
            <w:tcBorders>
              <w:bottom w:val="single" w:sz="12" w:space="0" w:color="auto"/>
            </w:tcBorders>
            <w:vAlign w:val="center"/>
          </w:tcPr>
          <w:p w14:paraId="381B07BF" w14:textId="77777777" w:rsidR="007743CD" w:rsidRDefault="007743CD"/>
        </w:tc>
        <w:tc>
          <w:tcPr>
            <w:tcW w:w="2376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0508E0" w14:textId="77777777" w:rsidR="007743CD" w:rsidRDefault="007743CD"/>
        </w:tc>
      </w:tr>
      <w:tr w:rsidR="00427568" w14:paraId="00E60ED9" w14:textId="77777777" w:rsidTr="00404A12">
        <w:trPr>
          <w:trHeight w:val="699"/>
        </w:trPr>
        <w:tc>
          <w:tcPr>
            <w:tcW w:w="1049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601952" w14:textId="4C921610" w:rsidR="00427568" w:rsidRDefault="00427568" w:rsidP="009A0F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Ders Kitabı/Kaynak</w:t>
            </w:r>
          </w:p>
        </w:tc>
        <w:tc>
          <w:tcPr>
            <w:tcW w:w="3951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4D1EC" w14:textId="65340115" w:rsidR="006F1934" w:rsidRPr="005F1778" w:rsidRDefault="006F1934" w:rsidP="005F177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00E91" w14:paraId="63535E0E" w14:textId="77777777" w:rsidTr="00427568">
        <w:trPr>
          <w:trHeight w:val="450"/>
        </w:trPr>
        <w:tc>
          <w:tcPr>
            <w:tcW w:w="1049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D1B2B" w14:textId="77777777" w:rsidR="00200E91" w:rsidRDefault="00200E91" w:rsidP="009A0F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Unvan, Adı Soyadı</w:t>
            </w:r>
          </w:p>
        </w:tc>
        <w:tc>
          <w:tcPr>
            <w:tcW w:w="2284" w:type="pct"/>
            <w:gridSpan w:val="2"/>
            <w:tcBorders>
              <w:top w:val="single" w:sz="12" w:space="0" w:color="auto"/>
            </w:tcBorders>
            <w:vAlign w:val="center"/>
          </w:tcPr>
          <w:p w14:paraId="5A680900" w14:textId="53F304A1" w:rsidR="007743CD" w:rsidRDefault="007743CD"/>
        </w:tc>
        <w:tc>
          <w:tcPr>
            <w:tcW w:w="1667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0E10FF" w14:textId="77777777" w:rsidR="009A0F7D" w:rsidRDefault="009A0F7D" w:rsidP="009A0F7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5AEF0A9" w14:textId="77777777" w:rsidR="00200E91" w:rsidRDefault="00200E91" w:rsidP="009A0F7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İmza</w:t>
            </w:r>
          </w:p>
        </w:tc>
      </w:tr>
      <w:tr w:rsidR="00200E91" w14:paraId="704FD1BD" w14:textId="77777777" w:rsidTr="00427568">
        <w:trPr>
          <w:trHeight w:val="400"/>
        </w:trPr>
        <w:tc>
          <w:tcPr>
            <w:tcW w:w="1049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4C370D" w14:textId="77777777" w:rsidR="00200E91" w:rsidRDefault="00200E91" w:rsidP="009A0F7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Cs w:val="24"/>
              </w:rPr>
              <w:t>Düzenlenme Tarihi</w:t>
            </w:r>
          </w:p>
        </w:tc>
        <w:tc>
          <w:tcPr>
            <w:tcW w:w="2284" w:type="pct"/>
            <w:gridSpan w:val="2"/>
            <w:tcBorders>
              <w:bottom w:val="single" w:sz="12" w:space="0" w:color="auto"/>
            </w:tcBorders>
            <w:vAlign w:val="center"/>
          </w:tcPr>
          <w:p w14:paraId="56E899C8" w14:textId="2D058987" w:rsidR="007743CD" w:rsidRDefault="007743CD"/>
        </w:tc>
        <w:tc>
          <w:tcPr>
            <w:tcW w:w="1667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4606001" w14:textId="77777777" w:rsidR="00200E91" w:rsidRDefault="00200E91" w:rsidP="00FB74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412E3586" w14:textId="77777777" w:rsidR="00BC332C" w:rsidRPr="00BC332C" w:rsidRDefault="00BC332C" w:rsidP="00FB7407">
      <w:pPr>
        <w:jc w:val="both"/>
        <w:rPr>
          <w:rFonts w:cs="Times New Roman"/>
          <w:sz w:val="24"/>
          <w:szCs w:val="24"/>
        </w:rPr>
      </w:pPr>
    </w:p>
    <w:sectPr w:rsidR="00BC332C" w:rsidRPr="00BC332C" w:rsidSect="00526BEE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A1EB" w14:textId="77777777" w:rsidR="00BE41F6" w:rsidRDefault="00BE41F6" w:rsidP="00D038AC">
      <w:pPr>
        <w:spacing w:after="0" w:line="240" w:lineRule="auto"/>
      </w:pPr>
      <w:r>
        <w:separator/>
      </w:r>
    </w:p>
  </w:endnote>
  <w:endnote w:type="continuationSeparator" w:id="0">
    <w:p w14:paraId="5884C9E4" w14:textId="77777777" w:rsidR="00BE41F6" w:rsidRDefault="00BE41F6" w:rsidP="00D03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EF46" w14:textId="77777777" w:rsidR="00404A12" w:rsidRPr="00AB28AF" w:rsidRDefault="00404A12" w:rsidP="00404A12">
    <w:pPr>
      <w:pStyle w:val="AltBilgi"/>
    </w:pPr>
    <w:proofErr w:type="gramStart"/>
    <w:r w:rsidRPr="00AB28AF">
      <w:t>PP.2.3.FR.00</w:t>
    </w:r>
    <w:r>
      <w:t>30</w:t>
    </w:r>
    <w:r w:rsidRPr="00AB28AF">
      <w:t>,R</w:t>
    </w:r>
    <w:r>
      <w:t>0</w:t>
    </w:r>
    <w:r w:rsidRPr="00AB28AF">
      <w:t>,</w:t>
    </w:r>
    <w:r>
      <w:t>Eylül</w:t>
    </w:r>
    <w:proofErr w:type="gramEnd"/>
    <w:r w:rsidRPr="00AB28AF">
      <w:t xml:space="preserve"> 2026</w:t>
    </w:r>
  </w:p>
  <w:p w14:paraId="6C29ACF6" w14:textId="632C88B1" w:rsidR="00404A12" w:rsidRDefault="00404A12">
    <w:pPr>
      <w:pStyle w:val="AltBilgi"/>
    </w:pPr>
    <w:r w:rsidRPr="004360F2">
      <w:rPr>
        <w:i/>
        <w:iCs/>
      </w:rPr>
      <w:t xml:space="preserve">Bu dokümanın basılı hâli kontrolsüz </w:t>
    </w:r>
    <w:proofErr w:type="gramStart"/>
    <w:r w:rsidRPr="004360F2">
      <w:rPr>
        <w:i/>
        <w:iCs/>
      </w:rPr>
      <w:t>doküman</w:t>
    </w:r>
    <w:proofErr w:type="gramEnd"/>
    <w:r w:rsidRPr="004360F2">
      <w:rPr>
        <w:i/>
        <w:iCs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0D08D" w14:textId="77777777" w:rsidR="00BE41F6" w:rsidRDefault="00BE41F6" w:rsidP="00D038AC">
      <w:pPr>
        <w:spacing w:after="0" w:line="240" w:lineRule="auto"/>
      </w:pPr>
      <w:r>
        <w:separator/>
      </w:r>
    </w:p>
  </w:footnote>
  <w:footnote w:type="continuationSeparator" w:id="0">
    <w:p w14:paraId="10816CEB" w14:textId="77777777" w:rsidR="00BE41F6" w:rsidRDefault="00BE41F6" w:rsidP="00D03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A7D99"/>
    <w:multiLevelType w:val="hybridMultilevel"/>
    <w:tmpl w:val="96C46E36"/>
    <w:lvl w:ilvl="0" w:tplc="6D48D282">
      <w:start w:val="1"/>
      <w:numFmt w:val="decimal"/>
      <w:lvlText w:val="%1."/>
      <w:lvlJc w:val="left"/>
      <w:pPr>
        <w:ind w:left="720" w:hanging="360"/>
      </w:pPr>
      <w:rPr>
        <w:sz w:val="17"/>
        <w:szCs w:val="17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345625">
    <w:abstractNumId w:val="8"/>
  </w:num>
  <w:num w:numId="2" w16cid:durableId="1110009018">
    <w:abstractNumId w:val="6"/>
  </w:num>
  <w:num w:numId="3" w16cid:durableId="1331712810">
    <w:abstractNumId w:val="5"/>
  </w:num>
  <w:num w:numId="4" w16cid:durableId="1917857121">
    <w:abstractNumId w:val="4"/>
  </w:num>
  <w:num w:numId="5" w16cid:durableId="1322661123">
    <w:abstractNumId w:val="7"/>
  </w:num>
  <w:num w:numId="6" w16cid:durableId="885986799">
    <w:abstractNumId w:val="3"/>
  </w:num>
  <w:num w:numId="7" w16cid:durableId="264071887">
    <w:abstractNumId w:val="2"/>
  </w:num>
  <w:num w:numId="8" w16cid:durableId="2060476357">
    <w:abstractNumId w:val="1"/>
  </w:num>
  <w:num w:numId="9" w16cid:durableId="1074665191">
    <w:abstractNumId w:val="0"/>
  </w:num>
  <w:num w:numId="10" w16cid:durableId="465856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9FA"/>
    <w:rsid w:val="00034616"/>
    <w:rsid w:val="0006063C"/>
    <w:rsid w:val="00096CEB"/>
    <w:rsid w:val="000C1905"/>
    <w:rsid w:val="000D4B70"/>
    <w:rsid w:val="000D5EDF"/>
    <w:rsid w:val="001115B1"/>
    <w:rsid w:val="00113FED"/>
    <w:rsid w:val="00136E81"/>
    <w:rsid w:val="001423E5"/>
    <w:rsid w:val="0015074B"/>
    <w:rsid w:val="00150757"/>
    <w:rsid w:val="00157C3B"/>
    <w:rsid w:val="00183F7A"/>
    <w:rsid w:val="001A7F98"/>
    <w:rsid w:val="001C2AAC"/>
    <w:rsid w:val="00200E91"/>
    <w:rsid w:val="00206538"/>
    <w:rsid w:val="00213D4D"/>
    <w:rsid w:val="00245FC1"/>
    <w:rsid w:val="00252BB6"/>
    <w:rsid w:val="0029639D"/>
    <w:rsid w:val="002A047E"/>
    <w:rsid w:val="002D634E"/>
    <w:rsid w:val="002D6BEF"/>
    <w:rsid w:val="00311560"/>
    <w:rsid w:val="00326F90"/>
    <w:rsid w:val="003C7DD3"/>
    <w:rsid w:val="003E6EAD"/>
    <w:rsid w:val="003F067F"/>
    <w:rsid w:val="00404A12"/>
    <w:rsid w:val="00405764"/>
    <w:rsid w:val="00427568"/>
    <w:rsid w:val="00460A65"/>
    <w:rsid w:val="004702D2"/>
    <w:rsid w:val="004A3E60"/>
    <w:rsid w:val="004B2DDD"/>
    <w:rsid w:val="004C5E21"/>
    <w:rsid w:val="00510789"/>
    <w:rsid w:val="00516B3B"/>
    <w:rsid w:val="00526BEE"/>
    <w:rsid w:val="00532497"/>
    <w:rsid w:val="00560D34"/>
    <w:rsid w:val="005C18F0"/>
    <w:rsid w:val="005F1778"/>
    <w:rsid w:val="005F3B71"/>
    <w:rsid w:val="005F3FE4"/>
    <w:rsid w:val="00621599"/>
    <w:rsid w:val="006D5D2D"/>
    <w:rsid w:val="006F1934"/>
    <w:rsid w:val="00752178"/>
    <w:rsid w:val="00763295"/>
    <w:rsid w:val="007743CD"/>
    <w:rsid w:val="007C6DD1"/>
    <w:rsid w:val="007D30CD"/>
    <w:rsid w:val="007D4482"/>
    <w:rsid w:val="007E788F"/>
    <w:rsid w:val="00826E7F"/>
    <w:rsid w:val="008460F7"/>
    <w:rsid w:val="00880C9B"/>
    <w:rsid w:val="008922D0"/>
    <w:rsid w:val="00897046"/>
    <w:rsid w:val="008A43D3"/>
    <w:rsid w:val="008D384D"/>
    <w:rsid w:val="009A0F7D"/>
    <w:rsid w:val="009D68F1"/>
    <w:rsid w:val="009F6B53"/>
    <w:rsid w:val="00A0555E"/>
    <w:rsid w:val="00A801A2"/>
    <w:rsid w:val="00AA1D8D"/>
    <w:rsid w:val="00AE13A9"/>
    <w:rsid w:val="00B447E9"/>
    <w:rsid w:val="00B47730"/>
    <w:rsid w:val="00BC332C"/>
    <w:rsid w:val="00BE332D"/>
    <w:rsid w:val="00BE41F6"/>
    <w:rsid w:val="00C13BE9"/>
    <w:rsid w:val="00C264AB"/>
    <w:rsid w:val="00CB0664"/>
    <w:rsid w:val="00CC2623"/>
    <w:rsid w:val="00CD2CA9"/>
    <w:rsid w:val="00CF67E7"/>
    <w:rsid w:val="00CF7ACC"/>
    <w:rsid w:val="00D0259D"/>
    <w:rsid w:val="00D038AC"/>
    <w:rsid w:val="00D740D9"/>
    <w:rsid w:val="00D863E1"/>
    <w:rsid w:val="00D8677D"/>
    <w:rsid w:val="00DC7632"/>
    <w:rsid w:val="00E33070"/>
    <w:rsid w:val="00EA14BB"/>
    <w:rsid w:val="00EB60FD"/>
    <w:rsid w:val="00EE6AEE"/>
    <w:rsid w:val="00F53A43"/>
    <w:rsid w:val="00F61044"/>
    <w:rsid w:val="00FA5D92"/>
    <w:rsid w:val="00FB7407"/>
    <w:rsid w:val="00FC1A4F"/>
    <w:rsid w:val="00FC4A6D"/>
    <w:rsid w:val="00FC693F"/>
    <w:rsid w:val="00FD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BA586"/>
  <w14:defaultImageDpi w14:val="330"/>
  <w15:docId w15:val="{D1801CB0-E3EA-4D54-A991-E9A0C70B3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Uğur KARAYANIK</cp:lastModifiedBy>
  <cp:revision>14</cp:revision>
  <cp:lastPrinted>2026-06-22T05:59:00Z</cp:lastPrinted>
  <dcterms:created xsi:type="dcterms:W3CDTF">2026-06-18T12:54:00Z</dcterms:created>
  <dcterms:modified xsi:type="dcterms:W3CDTF">2026-09-07T06:27:00Z</dcterms:modified>
  <cp:category/>
</cp:coreProperties>
</file>